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83" w:type="dxa"/>
        <w:tblInd w:w="-861" w:type="dxa"/>
        <w:tblLayout w:type="fixed"/>
        <w:tblLook w:val="04A0" w:firstRow="1" w:lastRow="0" w:firstColumn="1" w:lastColumn="0" w:noHBand="0" w:noVBand="1"/>
      </w:tblPr>
      <w:tblGrid>
        <w:gridCol w:w="4702"/>
        <w:gridCol w:w="5481"/>
      </w:tblGrid>
      <w:tr w:rsidR="00493C57" w14:paraId="34B2A7F4" w14:textId="77777777" w:rsidTr="00447914">
        <w:tc>
          <w:tcPr>
            <w:tcW w:w="4702" w:type="dxa"/>
          </w:tcPr>
          <w:p w14:paraId="156AC22D" w14:textId="77777777" w:rsidR="00493C57" w:rsidRDefault="00CD4F2A">
            <w:pPr>
              <w:jc w:val="center"/>
            </w:pPr>
            <w:r>
              <w:rPr>
                <w:sz w:val="22"/>
              </w:rPr>
              <w:t>B</w:t>
            </w:r>
            <w:r>
              <w:rPr>
                <w:sz w:val="22"/>
              </w:rPr>
              <w:t>Ộ</w:t>
            </w:r>
            <w:r>
              <w:rPr>
                <w:sz w:val="22"/>
              </w:rPr>
              <w:t xml:space="preserve"> CÔNG THƯƠNG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TRƯ</w:t>
            </w:r>
            <w:r>
              <w:rPr>
                <w:b/>
                <w:sz w:val="22"/>
              </w:rPr>
              <w:t>Ờ</w:t>
            </w:r>
            <w:r>
              <w:rPr>
                <w:b/>
                <w:sz w:val="22"/>
              </w:rPr>
              <w:t>NG Đ</w:t>
            </w:r>
            <w:r>
              <w:rPr>
                <w:b/>
                <w:sz w:val="22"/>
              </w:rPr>
              <w:t>Ạ</w:t>
            </w:r>
            <w:r>
              <w:rPr>
                <w:b/>
                <w:sz w:val="22"/>
              </w:rPr>
              <w:t>I H</w:t>
            </w:r>
            <w:r>
              <w:rPr>
                <w:b/>
                <w:sz w:val="22"/>
              </w:rPr>
              <w:t>Ọ</w:t>
            </w:r>
            <w:r>
              <w:rPr>
                <w:b/>
                <w:sz w:val="22"/>
              </w:rPr>
              <w:t>C</w:t>
            </w:r>
            <w:r>
              <w:rPr>
                <w:b/>
                <w:sz w:val="22"/>
              </w:rPr>
              <w:br/>
              <w:t>KINH T</w:t>
            </w:r>
            <w:r>
              <w:rPr>
                <w:b/>
                <w:sz w:val="22"/>
              </w:rPr>
              <w:t>Ế</w:t>
            </w:r>
            <w:r>
              <w:rPr>
                <w:b/>
                <w:sz w:val="22"/>
              </w:rPr>
              <w:t xml:space="preserve"> - K</w:t>
            </w:r>
            <w:r>
              <w:rPr>
                <w:b/>
                <w:sz w:val="22"/>
              </w:rPr>
              <w:t>Ỹ</w:t>
            </w:r>
            <w:r>
              <w:rPr>
                <w:b/>
                <w:sz w:val="22"/>
              </w:rPr>
              <w:t xml:space="preserve"> THU</w:t>
            </w:r>
            <w:r>
              <w:rPr>
                <w:b/>
                <w:sz w:val="22"/>
              </w:rPr>
              <w:t>Ậ</w:t>
            </w:r>
            <w:r>
              <w:rPr>
                <w:b/>
                <w:sz w:val="22"/>
              </w:rPr>
              <w:t>T CÔNG NGHI</w:t>
            </w:r>
            <w:r>
              <w:rPr>
                <w:b/>
                <w:sz w:val="22"/>
              </w:rPr>
              <w:t>Ệ</w:t>
            </w:r>
            <w:r>
              <w:rPr>
                <w:b/>
                <w:sz w:val="22"/>
              </w:rPr>
              <w:t>P</w:t>
            </w:r>
          </w:p>
        </w:tc>
        <w:tc>
          <w:tcPr>
            <w:tcW w:w="5481" w:type="dxa"/>
          </w:tcPr>
          <w:p w14:paraId="3BA7F018" w14:textId="77777777" w:rsidR="00493C57" w:rsidRDefault="00CD4F2A">
            <w:pPr>
              <w:jc w:val="center"/>
            </w:pPr>
            <w:r>
              <w:rPr>
                <w:sz w:val="22"/>
              </w:rPr>
              <w:t>C</w:t>
            </w:r>
            <w:r>
              <w:rPr>
                <w:sz w:val="22"/>
              </w:rPr>
              <w:t>Ộ</w:t>
            </w:r>
            <w:r>
              <w:rPr>
                <w:sz w:val="22"/>
              </w:rPr>
              <w:t>NG HÒA XÃ H</w:t>
            </w:r>
            <w:r>
              <w:rPr>
                <w:sz w:val="22"/>
              </w:rPr>
              <w:t>Ộ</w:t>
            </w:r>
            <w:r>
              <w:rPr>
                <w:sz w:val="22"/>
              </w:rPr>
              <w:t>I CH</w:t>
            </w:r>
            <w:r>
              <w:rPr>
                <w:sz w:val="22"/>
              </w:rPr>
              <w:t>Ủ</w:t>
            </w:r>
            <w:r>
              <w:rPr>
                <w:sz w:val="22"/>
              </w:rPr>
              <w:t xml:space="preserve"> NGHĨA VI</w:t>
            </w:r>
            <w:r>
              <w:rPr>
                <w:sz w:val="22"/>
              </w:rPr>
              <w:t>Ệ</w:t>
            </w:r>
            <w:r>
              <w:rPr>
                <w:sz w:val="22"/>
              </w:rPr>
              <w:t>T NAM</w:t>
            </w:r>
            <w:r>
              <w:rPr>
                <w:sz w:val="22"/>
              </w:rPr>
              <w:br/>
            </w:r>
            <w:r>
              <w:rPr>
                <w:b/>
                <w:sz w:val="22"/>
              </w:rPr>
              <w:t>Đ</w:t>
            </w:r>
            <w:r>
              <w:rPr>
                <w:b/>
                <w:sz w:val="22"/>
              </w:rPr>
              <w:t>ộ</w:t>
            </w:r>
            <w:r>
              <w:rPr>
                <w:b/>
                <w:sz w:val="22"/>
              </w:rPr>
              <w:t>c l</w:t>
            </w:r>
            <w:r>
              <w:rPr>
                <w:b/>
                <w:sz w:val="22"/>
              </w:rPr>
              <w:t>ậ</w:t>
            </w:r>
            <w:r>
              <w:rPr>
                <w:b/>
                <w:sz w:val="22"/>
              </w:rPr>
              <w:t>p - T</w:t>
            </w:r>
            <w:r>
              <w:rPr>
                <w:b/>
                <w:sz w:val="22"/>
              </w:rPr>
              <w:t>ự</w:t>
            </w:r>
            <w:r>
              <w:rPr>
                <w:b/>
                <w:sz w:val="22"/>
              </w:rPr>
              <w:t xml:space="preserve"> do - H</w:t>
            </w:r>
            <w:r>
              <w:rPr>
                <w:b/>
                <w:sz w:val="22"/>
              </w:rPr>
              <w:t>ạ</w:t>
            </w:r>
            <w:r>
              <w:rPr>
                <w:b/>
                <w:sz w:val="22"/>
              </w:rPr>
              <w:t>nh phúc</w:t>
            </w:r>
          </w:p>
        </w:tc>
      </w:tr>
    </w:tbl>
    <w:p w14:paraId="44E2104F" w14:textId="475A4C46" w:rsidR="00493C57" w:rsidRDefault="00CD4F2A" w:rsidP="00CD4F2A">
      <w:r>
        <w:t>S</w:t>
      </w:r>
      <w:r>
        <w:t>ố</w:t>
      </w:r>
      <w:r>
        <w:t>:</w:t>
      </w:r>
      <w:r w:rsidR="00187C71">
        <w:t xml:space="preserve"> </w:t>
      </w:r>
      <w:r>
        <w:t>1196</w:t>
      </w:r>
      <w:r>
        <w:t xml:space="preserve">/TB-ĐHKTKTCN                   </w:t>
      </w:r>
      <w:r>
        <w:t xml:space="preserve">                Hà N</w:t>
      </w:r>
      <w:r>
        <w:t>ộ</w:t>
      </w:r>
      <w:r>
        <w:t>i, ngày 20 tháng 10 năm 2026</w:t>
      </w:r>
    </w:p>
    <w:p w14:paraId="11785099" w14:textId="77777777" w:rsidR="00447914" w:rsidRDefault="00447914">
      <w:pPr>
        <w:jc w:val="center"/>
        <w:rPr>
          <w:b/>
          <w:sz w:val="30"/>
        </w:rPr>
      </w:pPr>
    </w:p>
    <w:p w14:paraId="2F988A48" w14:textId="7779A9E9" w:rsidR="00493C57" w:rsidRDefault="00CD4F2A" w:rsidP="001D2568">
      <w:pPr>
        <w:spacing w:after="0"/>
        <w:jc w:val="center"/>
      </w:pPr>
      <w:r>
        <w:rPr>
          <w:b/>
          <w:sz w:val="30"/>
        </w:rPr>
        <w:t>THÔNG BÁO</w:t>
      </w:r>
    </w:p>
    <w:p w14:paraId="159F3413" w14:textId="77777777" w:rsidR="002A049A" w:rsidRDefault="00CD4F2A" w:rsidP="00447914">
      <w:pPr>
        <w:spacing w:after="0" w:line="240" w:lineRule="auto"/>
        <w:jc w:val="center"/>
        <w:rPr>
          <w:b/>
        </w:rPr>
      </w:pPr>
      <w:r>
        <w:rPr>
          <w:b/>
        </w:rPr>
        <w:t>V</w:t>
      </w:r>
      <w:r>
        <w:rPr>
          <w:b/>
        </w:rPr>
        <w:t>ề</w:t>
      </w:r>
      <w:r>
        <w:rPr>
          <w:b/>
        </w:rPr>
        <w:t xml:space="preserve"> vi</w:t>
      </w:r>
      <w:r>
        <w:rPr>
          <w:b/>
        </w:rPr>
        <w:t>ệ</w:t>
      </w:r>
      <w:r>
        <w:rPr>
          <w:b/>
        </w:rPr>
        <w:t>c ph</w:t>
      </w:r>
      <w:r>
        <w:rPr>
          <w:b/>
        </w:rPr>
        <w:t>ố</w:t>
      </w:r>
      <w:r>
        <w:rPr>
          <w:b/>
        </w:rPr>
        <w:t>i h</w:t>
      </w:r>
      <w:r>
        <w:rPr>
          <w:b/>
        </w:rPr>
        <w:t>ợ</w:t>
      </w:r>
      <w:r>
        <w:rPr>
          <w:b/>
        </w:rPr>
        <w:t>p t</w:t>
      </w:r>
      <w:r>
        <w:rPr>
          <w:b/>
        </w:rPr>
        <w:t>ổ</w:t>
      </w:r>
      <w:r>
        <w:rPr>
          <w:b/>
        </w:rPr>
        <w:t xml:space="preserve"> </w:t>
      </w:r>
      <w:r>
        <w:rPr>
          <w:b/>
        </w:rPr>
        <w:t>ch</w:t>
      </w:r>
      <w:r>
        <w:rPr>
          <w:b/>
        </w:rPr>
        <w:t>ứ</w:t>
      </w:r>
      <w:r>
        <w:rPr>
          <w:b/>
        </w:rPr>
        <w:t>c L</w:t>
      </w:r>
      <w:r>
        <w:rPr>
          <w:b/>
        </w:rPr>
        <w:t>ễ</w:t>
      </w:r>
      <w:r>
        <w:rPr>
          <w:b/>
        </w:rPr>
        <w:t xml:space="preserve"> phát đ</w:t>
      </w:r>
      <w:r>
        <w:rPr>
          <w:b/>
        </w:rPr>
        <w:t>ộ</w:t>
      </w:r>
      <w:r>
        <w:rPr>
          <w:b/>
        </w:rPr>
        <w:t>ng Cu</w:t>
      </w:r>
      <w:r>
        <w:rPr>
          <w:b/>
        </w:rPr>
        <w:t>ộ</w:t>
      </w:r>
      <w:r>
        <w:rPr>
          <w:b/>
        </w:rPr>
        <w:t>c thi tìm hi</w:t>
      </w:r>
      <w:r>
        <w:rPr>
          <w:b/>
        </w:rPr>
        <w:t>ể</w:t>
      </w:r>
      <w:r>
        <w:rPr>
          <w:b/>
        </w:rPr>
        <w:t>u pháp lu</w:t>
      </w:r>
      <w:r>
        <w:rPr>
          <w:b/>
        </w:rPr>
        <w:t>ậ</w:t>
      </w:r>
      <w:r>
        <w:rPr>
          <w:b/>
        </w:rPr>
        <w:t xml:space="preserve">t </w:t>
      </w:r>
    </w:p>
    <w:p w14:paraId="09FDAEFF" w14:textId="733CA981" w:rsidR="00493C57" w:rsidRDefault="00CD4F2A" w:rsidP="00447914">
      <w:pPr>
        <w:spacing w:after="0" w:line="240" w:lineRule="auto"/>
        <w:jc w:val="center"/>
      </w:pPr>
      <w:r>
        <w:rPr>
          <w:b/>
        </w:rPr>
        <w:t>v</w:t>
      </w:r>
      <w:r>
        <w:rPr>
          <w:b/>
        </w:rPr>
        <w:t>ề</w:t>
      </w:r>
      <w:r>
        <w:rPr>
          <w:b/>
        </w:rPr>
        <w:t xml:space="preserve"> </w:t>
      </w:r>
      <w:r>
        <w:rPr>
          <w:b/>
        </w:rPr>
        <w:t>s</w:t>
      </w:r>
      <w:r>
        <w:rPr>
          <w:b/>
        </w:rPr>
        <w:t>ử</w:t>
      </w:r>
      <w:r>
        <w:rPr>
          <w:b/>
        </w:rPr>
        <w:t xml:space="preserve"> d</w:t>
      </w:r>
      <w:r>
        <w:rPr>
          <w:b/>
        </w:rPr>
        <w:t>ụ</w:t>
      </w:r>
      <w:r>
        <w:rPr>
          <w:b/>
        </w:rPr>
        <w:t>ng năng lư</w:t>
      </w:r>
      <w:r>
        <w:rPr>
          <w:b/>
        </w:rPr>
        <w:t>ợ</w:t>
      </w:r>
      <w:r>
        <w:rPr>
          <w:b/>
        </w:rPr>
        <w:t>ng ti</w:t>
      </w:r>
      <w:r>
        <w:rPr>
          <w:b/>
        </w:rPr>
        <w:t>ế</w:t>
      </w:r>
      <w:r>
        <w:rPr>
          <w:b/>
        </w:rPr>
        <w:t>t ki</w:t>
      </w:r>
      <w:r>
        <w:rPr>
          <w:b/>
        </w:rPr>
        <w:t>ệ</w:t>
      </w:r>
      <w:r>
        <w:rPr>
          <w:b/>
        </w:rPr>
        <w:t>m và hi</w:t>
      </w:r>
      <w:r>
        <w:rPr>
          <w:b/>
        </w:rPr>
        <w:t>ệ</w:t>
      </w:r>
      <w:r>
        <w:rPr>
          <w:b/>
        </w:rPr>
        <w:t>u qu</w:t>
      </w:r>
      <w:r>
        <w:rPr>
          <w:b/>
        </w:rPr>
        <w:t>ả</w:t>
      </w:r>
      <w:r>
        <w:rPr>
          <w:b/>
        </w:rPr>
        <w:t xml:space="preserve"> năm 2026</w:t>
      </w:r>
    </w:p>
    <w:p w14:paraId="43E6CEB7" w14:textId="77777777" w:rsidR="00447914" w:rsidRDefault="00447914" w:rsidP="00447914">
      <w:pPr>
        <w:ind w:firstLine="397"/>
        <w:jc w:val="both"/>
        <w:rPr>
          <w:color w:val="C00000"/>
        </w:rPr>
      </w:pPr>
    </w:p>
    <w:p w14:paraId="642F2102" w14:textId="68C76126" w:rsidR="00493C57" w:rsidRPr="00447914" w:rsidRDefault="00CD4F2A" w:rsidP="00447914">
      <w:pPr>
        <w:ind w:firstLine="397"/>
        <w:jc w:val="both"/>
      </w:pPr>
      <w:r w:rsidRPr="00447914">
        <w:t>Th</w:t>
      </w:r>
      <w:r w:rsidRPr="00447914">
        <w:t>ự</w:t>
      </w:r>
      <w:r w:rsidRPr="00447914">
        <w:t>c hi</w:t>
      </w:r>
      <w:r w:rsidRPr="00447914">
        <w:t>ệ</w:t>
      </w:r>
      <w:r w:rsidRPr="00447914">
        <w:t>n Công văn s</w:t>
      </w:r>
      <w:r w:rsidRPr="00447914">
        <w:t>ố</w:t>
      </w:r>
      <w:r w:rsidRPr="00447914">
        <w:t xml:space="preserve"> 456/TCCT ngày 13/10/2026 c</w:t>
      </w:r>
      <w:r w:rsidRPr="00447914">
        <w:t>ủ</w:t>
      </w:r>
      <w:r w:rsidRPr="00447914">
        <w:t>a T</w:t>
      </w:r>
      <w:r w:rsidRPr="00447914">
        <w:t>ạ</w:t>
      </w:r>
      <w:r w:rsidRPr="00447914">
        <w:t>p chí Công Thương v</w:t>
      </w:r>
      <w:r w:rsidRPr="00447914">
        <w:t>ề</w:t>
      </w:r>
      <w:r w:rsidRPr="00447914">
        <w:t xml:space="preserve"> vi</w:t>
      </w:r>
      <w:r w:rsidRPr="00447914">
        <w:t>ệ</w:t>
      </w:r>
      <w:r w:rsidRPr="00447914">
        <w:t>c ph</w:t>
      </w:r>
      <w:r w:rsidRPr="00447914">
        <w:t>ố</w:t>
      </w:r>
      <w:r w:rsidRPr="00447914">
        <w:t>i h</w:t>
      </w:r>
      <w:r w:rsidRPr="00447914">
        <w:t>ợ</w:t>
      </w:r>
      <w:r w:rsidRPr="00447914">
        <w:t>p t</w:t>
      </w:r>
      <w:r w:rsidRPr="00447914">
        <w:t>ổ</w:t>
      </w:r>
      <w:r w:rsidRPr="00447914">
        <w:t xml:space="preserve"> ch</w:t>
      </w:r>
      <w:r w:rsidRPr="00447914">
        <w:t>ứ</w:t>
      </w:r>
      <w:r w:rsidRPr="00447914">
        <w:t>c L</w:t>
      </w:r>
      <w:r w:rsidRPr="00447914">
        <w:t>ễ</w:t>
      </w:r>
      <w:r w:rsidRPr="00447914">
        <w:t xml:space="preserve"> phát đ</w:t>
      </w:r>
      <w:r w:rsidRPr="00447914">
        <w:t>ộ</w:t>
      </w:r>
      <w:r w:rsidRPr="00447914">
        <w:t>ng Cu</w:t>
      </w:r>
      <w:r w:rsidRPr="00447914">
        <w:t>ộ</w:t>
      </w:r>
      <w:r w:rsidRPr="00447914">
        <w:t>c thi tìm hi</w:t>
      </w:r>
      <w:r w:rsidRPr="00447914">
        <w:t>ể</w:t>
      </w:r>
      <w:r w:rsidRPr="00447914">
        <w:t>u pháp lu</w:t>
      </w:r>
      <w:r w:rsidRPr="00447914">
        <w:t>ậ</w:t>
      </w:r>
      <w:r w:rsidRPr="00447914">
        <w:t>t v</w:t>
      </w:r>
      <w:r w:rsidRPr="00447914">
        <w:t>ề</w:t>
      </w:r>
      <w:r w:rsidRPr="00447914">
        <w:t xml:space="preserve"> s</w:t>
      </w:r>
      <w:r w:rsidRPr="00447914">
        <w:t>ử</w:t>
      </w:r>
      <w:r w:rsidRPr="00447914">
        <w:t xml:space="preserve"> d</w:t>
      </w:r>
      <w:r w:rsidRPr="00447914">
        <w:t>ụ</w:t>
      </w:r>
      <w:r w:rsidRPr="00447914">
        <w:t>ng năng lư</w:t>
      </w:r>
      <w:r w:rsidRPr="00447914">
        <w:t>ợ</w:t>
      </w:r>
      <w:r w:rsidRPr="00447914">
        <w:t>n</w:t>
      </w:r>
      <w:r w:rsidRPr="00447914">
        <w:t>g ti</w:t>
      </w:r>
      <w:r w:rsidRPr="00447914">
        <w:t>ế</w:t>
      </w:r>
      <w:r w:rsidRPr="00447914">
        <w:t>t ki</w:t>
      </w:r>
      <w:r w:rsidRPr="00447914">
        <w:t>ệ</w:t>
      </w:r>
      <w:r w:rsidRPr="00447914">
        <w:t>m và hi</w:t>
      </w:r>
      <w:r w:rsidRPr="00447914">
        <w:t>ệ</w:t>
      </w:r>
      <w:r w:rsidRPr="00447914">
        <w:t>u qu</w:t>
      </w:r>
      <w:r w:rsidRPr="00447914">
        <w:t>ả</w:t>
      </w:r>
      <w:r w:rsidRPr="00447914">
        <w:t xml:space="preserve"> năm 2026, Trư</w:t>
      </w:r>
      <w:r w:rsidRPr="00447914">
        <w:t>ờ</w:t>
      </w:r>
      <w:r w:rsidRPr="00447914">
        <w:t>ng Đ</w:t>
      </w:r>
      <w:r w:rsidRPr="00447914">
        <w:t>ạ</w:t>
      </w:r>
      <w:r w:rsidRPr="00447914">
        <w:t>i h</w:t>
      </w:r>
      <w:r w:rsidRPr="00447914">
        <w:t>ọ</w:t>
      </w:r>
      <w:r w:rsidRPr="00447914">
        <w:t>c Kinh t</w:t>
      </w:r>
      <w:r w:rsidRPr="00447914">
        <w:t>ế</w:t>
      </w:r>
      <w:r w:rsidRPr="00447914">
        <w:t xml:space="preserve"> - K</w:t>
      </w:r>
      <w:r w:rsidRPr="00447914">
        <w:t>ỹ</w:t>
      </w:r>
      <w:r w:rsidRPr="00447914">
        <w:t xml:space="preserve"> thu</w:t>
      </w:r>
      <w:r w:rsidRPr="00447914">
        <w:t>ậ</w:t>
      </w:r>
      <w:r w:rsidRPr="00447914">
        <w:t>t Công nghi</w:t>
      </w:r>
      <w:r w:rsidRPr="00447914">
        <w:t>ệ</w:t>
      </w:r>
      <w:r w:rsidRPr="00447914">
        <w:t>p thông báo vi</w:t>
      </w:r>
      <w:r w:rsidRPr="00447914">
        <w:t>ệ</w:t>
      </w:r>
      <w:r w:rsidRPr="00447914">
        <w:t>c ph</w:t>
      </w:r>
      <w:r w:rsidRPr="00447914">
        <w:t>ố</w:t>
      </w:r>
      <w:r w:rsidRPr="00447914">
        <w:t>i h</w:t>
      </w:r>
      <w:r w:rsidRPr="00447914">
        <w:t>ợ</w:t>
      </w:r>
      <w:r w:rsidRPr="00447914">
        <w:t>p t</w:t>
      </w:r>
      <w:r w:rsidRPr="00447914">
        <w:t>ổ</w:t>
      </w:r>
      <w:r w:rsidRPr="00447914">
        <w:t xml:space="preserve"> ch</w:t>
      </w:r>
      <w:r w:rsidRPr="00447914">
        <w:t>ứ</w:t>
      </w:r>
      <w:r w:rsidRPr="00447914">
        <w:t>c chương trình và phân công nhi</w:t>
      </w:r>
      <w:r w:rsidRPr="00447914">
        <w:t>ệ</w:t>
      </w:r>
      <w:r w:rsidRPr="00447914">
        <w:t>m v</w:t>
      </w:r>
      <w:r w:rsidRPr="00447914">
        <w:t>ụ</w:t>
      </w:r>
      <w:r w:rsidRPr="00447914">
        <w:t xml:space="preserve"> như sau:</w:t>
      </w:r>
    </w:p>
    <w:p w14:paraId="7F1248A7" w14:textId="4FB8C849" w:rsidR="00493C57" w:rsidRPr="00447914" w:rsidRDefault="00CD4F2A" w:rsidP="00447914">
      <w:pPr>
        <w:ind w:firstLine="397"/>
        <w:jc w:val="both"/>
      </w:pPr>
      <w:r w:rsidRPr="00447914">
        <w:rPr>
          <w:b/>
        </w:rPr>
        <w:t>I. TH</w:t>
      </w:r>
      <w:r w:rsidRPr="00447914">
        <w:rPr>
          <w:b/>
        </w:rPr>
        <w:t>Ờ</w:t>
      </w:r>
      <w:r w:rsidRPr="00447914">
        <w:rPr>
          <w:b/>
        </w:rPr>
        <w:t>I GIAN, Đ</w:t>
      </w:r>
      <w:r w:rsidRPr="00447914">
        <w:rPr>
          <w:b/>
        </w:rPr>
        <w:t>Ị</w:t>
      </w:r>
      <w:r w:rsidRPr="00447914">
        <w:rPr>
          <w:b/>
        </w:rPr>
        <w:t>A ĐI</w:t>
      </w:r>
      <w:r w:rsidRPr="00447914">
        <w:rPr>
          <w:b/>
        </w:rPr>
        <w:t>Ể</w:t>
      </w:r>
      <w:r w:rsidRPr="00447914">
        <w:rPr>
          <w:b/>
        </w:rPr>
        <w:t>M T</w:t>
      </w:r>
      <w:r w:rsidRPr="00447914">
        <w:rPr>
          <w:b/>
        </w:rPr>
        <w:t>Ổ</w:t>
      </w:r>
      <w:r w:rsidRPr="00447914">
        <w:rPr>
          <w:b/>
        </w:rPr>
        <w:t xml:space="preserve"> CH</w:t>
      </w:r>
      <w:r w:rsidRPr="00447914">
        <w:rPr>
          <w:b/>
        </w:rPr>
        <w:t>Ứ</w:t>
      </w:r>
      <w:r w:rsidRPr="00447914">
        <w:rPr>
          <w:b/>
        </w:rPr>
        <w:t>C</w:t>
      </w:r>
      <w:r w:rsidR="00447914" w:rsidRPr="00447914">
        <w:rPr>
          <w:b/>
        </w:rPr>
        <w:t>:</w:t>
      </w:r>
    </w:p>
    <w:p w14:paraId="7B7A2354" w14:textId="77777777" w:rsidR="00493C57" w:rsidRPr="00447914" w:rsidRDefault="00CD4F2A" w:rsidP="00447914">
      <w:pPr>
        <w:ind w:firstLine="397"/>
        <w:jc w:val="both"/>
      </w:pPr>
      <w:r w:rsidRPr="00447914">
        <w:t>1. N</w:t>
      </w:r>
      <w:r w:rsidRPr="00447914">
        <w:t>ộ</w:t>
      </w:r>
      <w:r w:rsidRPr="00447914">
        <w:t>i dung: L</w:t>
      </w:r>
      <w:r w:rsidRPr="00447914">
        <w:t>ễ</w:t>
      </w:r>
      <w:r w:rsidRPr="00447914">
        <w:t xml:space="preserve"> phát đ</w:t>
      </w:r>
      <w:r w:rsidRPr="00447914">
        <w:t>ộ</w:t>
      </w:r>
      <w:r w:rsidRPr="00447914">
        <w:t>ng Cu</w:t>
      </w:r>
      <w:r w:rsidRPr="00447914">
        <w:t>ộ</w:t>
      </w:r>
      <w:r w:rsidRPr="00447914">
        <w:t>c thi tìm hi</w:t>
      </w:r>
      <w:r w:rsidRPr="00447914">
        <w:t>ể</w:t>
      </w:r>
      <w:r w:rsidRPr="00447914">
        <w:t>u pháp lu</w:t>
      </w:r>
      <w:r w:rsidRPr="00447914">
        <w:t>ậ</w:t>
      </w:r>
      <w:r w:rsidRPr="00447914">
        <w:t>t v</w:t>
      </w:r>
      <w:r w:rsidRPr="00447914">
        <w:t>ề</w:t>
      </w:r>
      <w:r w:rsidRPr="00447914">
        <w:t xml:space="preserve"> s</w:t>
      </w:r>
      <w:r w:rsidRPr="00447914">
        <w:t>ử</w:t>
      </w:r>
      <w:r w:rsidRPr="00447914">
        <w:t xml:space="preserve"> d</w:t>
      </w:r>
      <w:r w:rsidRPr="00447914">
        <w:t>ụ</w:t>
      </w:r>
      <w:r w:rsidRPr="00447914">
        <w:t>ng năng</w:t>
      </w:r>
      <w:r w:rsidRPr="00447914">
        <w:t xml:space="preserve"> lư</w:t>
      </w:r>
      <w:r w:rsidRPr="00447914">
        <w:t>ợ</w:t>
      </w:r>
      <w:r w:rsidRPr="00447914">
        <w:t>ng ti</w:t>
      </w:r>
      <w:r w:rsidRPr="00447914">
        <w:t>ế</w:t>
      </w:r>
      <w:r w:rsidRPr="00447914">
        <w:t>t ki</w:t>
      </w:r>
      <w:r w:rsidRPr="00447914">
        <w:t>ệ</w:t>
      </w:r>
      <w:r w:rsidRPr="00447914">
        <w:t>m và hi</w:t>
      </w:r>
      <w:r w:rsidRPr="00447914">
        <w:t>ệ</w:t>
      </w:r>
      <w:r w:rsidRPr="00447914">
        <w:t>u qu</w:t>
      </w:r>
      <w:r w:rsidRPr="00447914">
        <w:t>ả</w:t>
      </w:r>
      <w:r w:rsidRPr="00447914">
        <w:t xml:space="preserve"> năm 2026 do T</w:t>
      </w:r>
      <w:r w:rsidRPr="00447914">
        <w:t>ạ</w:t>
      </w:r>
      <w:r w:rsidRPr="00447914">
        <w:t>p chí Công Thương t</w:t>
      </w:r>
      <w:r w:rsidRPr="00447914">
        <w:t>ổ</w:t>
      </w:r>
      <w:r w:rsidRPr="00447914">
        <w:t xml:space="preserve"> ch</w:t>
      </w:r>
      <w:r w:rsidRPr="00447914">
        <w:t>ứ</w:t>
      </w:r>
      <w:r w:rsidRPr="00447914">
        <w:t>c; Nhà trư</w:t>
      </w:r>
      <w:r w:rsidRPr="00447914">
        <w:t>ờ</w:t>
      </w:r>
      <w:r w:rsidRPr="00447914">
        <w:t>ng ph</w:t>
      </w:r>
      <w:r w:rsidRPr="00447914">
        <w:t>ố</w:t>
      </w:r>
      <w:r w:rsidRPr="00447914">
        <w:t>i h</w:t>
      </w:r>
      <w:r w:rsidRPr="00447914">
        <w:t>ợ</w:t>
      </w:r>
      <w:r w:rsidRPr="00447914">
        <w:t>p, h</w:t>
      </w:r>
      <w:r w:rsidRPr="00447914">
        <w:t>ỗ</w:t>
      </w:r>
      <w:r w:rsidRPr="00447914">
        <w:t xml:space="preserve"> tr</w:t>
      </w:r>
      <w:r w:rsidRPr="00447914">
        <w:t>ợ</w:t>
      </w:r>
      <w:r w:rsidRPr="00447914">
        <w:t xml:space="preserve"> các đi</w:t>
      </w:r>
      <w:r w:rsidRPr="00447914">
        <w:t>ề</w:t>
      </w:r>
      <w:r w:rsidRPr="00447914">
        <w:t>u ki</w:t>
      </w:r>
      <w:r w:rsidRPr="00447914">
        <w:t>ệ</w:t>
      </w:r>
      <w:r w:rsidRPr="00447914">
        <w:t>n t</w:t>
      </w:r>
      <w:r w:rsidRPr="00447914">
        <w:t>ổ</w:t>
      </w:r>
      <w:r w:rsidRPr="00447914">
        <w:t xml:space="preserve"> ch</w:t>
      </w:r>
      <w:r w:rsidRPr="00447914">
        <w:t>ứ</w:t>
      </w:r>
      <w:r w:rsidRPr="00447914">
        <w:t>c t</w:t>
      </w:r>
      <w:r w:rsidRPr="00447914">
        <w:t>ạ</w:t>
      </w:r>
      <w:r w:rsidRPr="00447914">
        <w:t>i cơ s</w:t>
      </w:r>
      <w:r w:rsidRPr="00447914">
        <w:t>ở</w:t>
      </w:r>
      <w:r w:rsidRPr="00447914">
        <w:t xml:space="preserve"> 218 Lĩnh Nam.</w:t>
      </w:r>
    </w:p>
    <w:p w14:paraId="17AA46AD" w14:textId="491A560D" w:rsidR="00493C57" w:rsidRPr="00447914" w:rsidRDefault="00CD4F2A" w:rsidP="00447914">
      <w:pPr>
        <w:ind w:firstLine="397"/>
        <w:jc w:val="both"/>
      </w:pPr>
      <w:r w:rsidRPr="00447914">
        <w:t>2. Th</w:t>
      </w:r>
      <w:r w:rsidRPr="00447914">
        <w:t>ờ</w:t>
      </w:r>
      <w:r w:rsidRPr="00447914">
        <w:t>i gian: Th</w:t>
      </w:r>
      <w:r w:rsidRPr="00447914">
        <w:t>ứ</w:t>
      </w:r>
      <w:r w:rsidRPr="00447914">
        <w:t xml:space="preserve"> Sáu, ngày 23/10/2026; ho</w:t>
      </w:r>
      <w:r w:rsidRPr="00447914">
        <w:t>ạ</w:t>
      </w:r>
      <w:r w:rsidRPr="00447914">
        <w:t>t đ</w:t>
      </w:r>
      <w:r w:rsidRPr="00447914">
        <w:t>ộ</w:t>
      </w:r>
      <w:r w:rsidRPr="00447914">
        <w:t>ng tr</w:t>
      </w:r>
      <w:r w:rsidRPr="00447914">
        <w:t>ả</w:t>
      </w:r>
      <w:r w:rsidRPr="00447914">
        <w:t>i nghi</w:t>
      </w:r>
      <w:r w:rsidRPr="00447914">
        <w:t>ệ</w:t>
      </w:r>
      <w:r w:rsidRPr="00447914">
        <w:t>m, đón ti</w:t>
      </w:r>
      <w:r w:rsidRPr="00447914">
        <w:t>ế</w:t>
      </w:r>
      <w:r w:rsidRPr="00447914">
        <w:t>p đ</w:t>
      </w:r>
      <w:r w:rsidRPr="00447914">
        <w:t>ạ</w:t>
      </w:r>
      <w:r w:rsidRPr="00447914">
        <w:t>i bi</w:t>
      </w:r>
      <w:r w:rsidRPr="00447914">
        <w:t>ể</w:t>
      </w:r>
      <w:r w:rsidRPr="00447914">
        <w:t>u b</w:t>
      </w:r>
      <w:r w:rsidRPr="00447914">
        <w:t>ắ</w:t>
      </w:r>
      <w:r w:rsidRPr="00447914">
        <w:t>t đ</w:t>
      </w:r>
      <w:r w:rsidRPr="00447914">
        <w:t>ầ</w:t>
      </w:r>
      <w:r w:rsidRPr="00447914">
        <w:t>u t</w:t>
      </w:r>
      <w:r w:rsidRPr="00447914">
        <w:t>ừ</w:t>
      </w:r>
      <w:r w:rsidRPr="00447914">
        <w:t xml:space="preserve"> 08 gi</w:t>
      </w:r>
      <w:r w:rsidRPr="00447914">
        <w:t>ờ</w:t>
      </w:r>
      <w:r w:rsidRPr="00447914">
        <w:t xml:space="preserve"> 00 phút; L</w:t>
      </w:r>
      <w:r w:rsidRPr="00447914">
        <w:t>ễ</w:t>
      </w:r>
      <w:r w:rsidRPr="00447914">
        <w:t xml:space="preserve"> p</w:t>
      </w:r>
      <w:r w:rsidRPr="00447914">
        <w:t>hát đ</w:t>
      </w:r>
      <w:r w:rsidRPr="00447914">
        <w:t>ộ</w:t>
      </w:r>
      <w:r w:rsidRPr="00447914">
        <w:t>ng d</w:t>
      </w:r>
      <w:r w:rsidRPr="00447914">
        <w:t>ự</w:t>
      </w:r>
      <w:r w:rsidRPr="00447914">
        <w:t xml:space="preserve"> ki</w:t>
      </w:r>
      <w:r w:rsidRPr="00447914">
        <w:t>ế</w:t>
      </w:r>
      <w:r w:rsidRPr="00447914">
        <w:t>n b</w:t>
      </w:r>
      <w:r w:rsidRPr="00447914">
        <w:t>ắ</w:t>
      </w:r>
      <w:r w:rsidRPr="00447914">
        <w:t>t đ</w:t>
      </w:r>
      <w:r w:rsidRPr="00447914">
        <w:t>ầ</w:t>
      </w:r>
      <w:r w:rsidRPr="00447914">
        <w:t>u lúc 09 gi</w:t>
      </w:r>
      <w:r w:rsidRPr="00447914">
        <w:t>ờ</w:t>
      </w:r>
      <w:r w:rsidRPr="00447914">
        <w:t xml:space="preserve"> 00 phút theo chương trình c</w:t>
      </w:r>
      <w:r w:rsidRPr="00447914">
        <w:t>ủ</w:t>
      </w:r>
      <w:r w:rsidRPr="00447914">
        <w:t>a Ban T</w:t>
      </w:r>
      <w:r w:rsidRPr="00447914">
        <w:t>ổ</w:t>
      </w:r>
      <w:r w:rsidRPr="00447914">
        <w:t xml:space="preserve"> ch</w:t>
      </w:r>
      <w:r w:rsidRPr="00447914">
        <w:t>ứ</w:t>
      </w:r>
      <w:r w:rsidRPr="00447914">
        <w:t>c</w:t>
      </w:r>
      <w:r w:rsidR="002A049A">
        <w:t xml:space="preserve"> đính kèm</w:t>
      </w:r>
      <w:r w:rsidRPr="00447914">
        <w:t>.</w:t>
      </w:r>
    </w:p>
    <w:p w14:paraId="7A6629BE" w14:textId="77777777" w:rsidR="00493C57" w:rsidRPr="00447914" w:rsidRDefault="00CD4F2A" w:rsidP="00447914">
      <w:pPr>
        <w:ind w:firstLine="397"/>
        <w:jc w:val="both"/>
      </w:pPr>
      <w:r w:rsidRPr="00447914">
        <w:t>3. Đ</w:t>
      </w:r>
      <w:r w:rsidRPr="00447914">
        <w:t>ị</w:t>
      </w:r>
      <w:r w:rsidRPr="00447914">
        <w:t>a đi</w:t>
      </w:r>
      <w:r w:rsidRPr="00447914">
        <w:t>ể</w:t>
      </w:r>
      <w:r w:rsidRPr="00447914">
        <w:t>m: H</w:t>
      </w:r>
      <w:r w:rsidRPr="00447914">
        <w:t>ộ</w:t>
      </w:r>
      <w:r w:rsidRPr="00447914">
        <w:t>i trư</w:t>
      </w:r>
      <w:r w:rsidRPr="00447914">
        <w:t>ờ</w:t>
      </w:r>
      <w:r w:rsidRPr="00447914">
        <w:t>ng nhà 3 t</w:t>
      </w:r>
      <w:r w:rsidRPr="00447914">
        <w:t>ầ</w:t>
      </w:r>
      <w:r w:rsidRPr="00447914">
        <w:t>ng và các khu v</w:t>
      </w:r>
      <w:r w:rsidRPr="00447914">
        <w:t>ự</w:t>
      </w:r>
      <w:r w:rsidRPr="00447914">
        <w:t>c ph</w:t>
      </w:r>
      <w:r w:rsidRPr="00447914">
        <w:t>ụ</w:t>
      </w:r>
      <w:r w:rsidRPr="00447914">
        <w:t>c v</w:t>
      </w:r>
      <w:r w:rsidRPr="00447914">
        <w:t>ụ</w:t>
      </w:r>
      <w:r w:rsidRPr="00447914">
        <w:t xml:space="preserve"> chương trình t</w:t>
      </w:r>
      <w:r w:rsidRPr="00447914">
        <w:t>ạ</w:t>
      </w:r>
      <w:r w:rsidRPr="00447914">
        <w:t>i cơ s</w:t>
      </w:r>
      <w:r w:rsidRPr="00447914">
        <w:t>ở</w:t>
      </w:r>
      <w:r w:rsidRPr="00447914">
        <w:t xml:space="preserve"> 218 Lĩnh Nam, phư</w:t>
      </w:r>
      <w:r w:rsidRPr="00447914">
        <w:t>ờ</w:t>
      </w:r>
      <w:r w:rsidRPr="00447914">
        <w:t>ng Hoàng Mai, thành ph</w:t>
      </w:r>
      <w:r w:rsidRPr="00447914">
        <w:t>ố</w:t>
      </w:r>
      <w:r w:rsidRPr="00447914">
        <w:t xml:space="preserve"> Hà N</w:t>
      </w:r>
      <w:r w:rsidRPr="00447914">
        <w:t>ộ</w:t>
      </w:r>
      <w:r w:rsidRPr="00447914">
        <w:t>i.</w:t>
      </w:r>
    </w:p>
    <w:p w14:paraId="3C5C687E" w14:textId="4A2A5D80" w:rsidR="00493C57" w:rsidRPr="00447914" w:rsidRDefault="00CD4F2A" w:rsidP="00447914">
      <w:pPr>
        <w:ind w:firstLine="397"/>
        <w:jc w:val="both"/>
      </w:pPr>
      <w:r w:rsidRPr="00447914">
        <w:rPr>
          <w:b/>
        </w:rPr>
        <w:t>II. PHÂN CÔNG NHI</w:t>
      </w:r>
      <w:r w:rsidRPr="00447914">
        <w:rPr>
          <w:b/>
        </w:rPr>
        <w:t>Ệ</w:t>
      </w:r>
      <w:r w:rsidRPr="00447914">
        <w:rPr>
          <w:b/>
        </w:rPr>
        <w:t>M V</w:t>
      </w:r>
      <w:r w:rsidRPr="00447914">
        <w:rPr>
          <w:b/>
        </w:rPr>
        <w:t>Ụ</w:t>
      </w:r>
      <w:r w:rsidR="00096330">
        <w:rPr>
          <w:b/>
        </w:rPr>
        <w:t>:</w:t>
      </w:r>
    </w:p>
    <w:p w14:paraId="40217706" w14:textId="77777777" w:rsidR="00493C57" w:rsidRPr="00447914" w:rsidRDefault="00CD4F2A" w:rsidP="00447914">
      <w:pPr>
        <w:ind w:firstLine="397"/>
        <w:jc w:val="both"/>
      </w:pPr>
      <w:r w:rsidRPr="00447914">
        <w:t>1. Phòng Chính tr</w:t>
      </w:r>
      <w:r w:rsidRPr="00447914">
        <w:t>ị</w:t>
      </w:r>
      <w:r w:rsidRPr="00447914">
        <w:t xml:space="preserve"> và C</w:t>
      </w:r>
      <w:r w:rsidRPr="00447914">
        <w:t>ông tác Sinh viên: Là đ</w:t>
      </w:r>
      <w:r w:rsidRPr="00447914">
        <w:t>ầ</w:t>
      </w:r>
      <w:r w:rsidRPr="00447914">
        <w:t>u m</w:t>
      </w:r>
      <w:r w:rsidRPr="00447914">
        <w:t>ố</w:t>
      </w:r>
      <w:r w:rsidRPr="00447914">
        <w:t>i c</w:t>
      </w:r>
      <w:r w:rsidRPr="00447914">
        <w:t>ủ</w:t>
      </w:r>
      <w:r w:rsidRPr="00447914">
        <w:t>a Nhà trư</w:t>
      </w:r>
      <w:r w:rsidRPr="00447914">
        <w:t>ờ</w:t>
      </w:r>
      <w:r w:rsidRPr="00447914">
        <w:t>ng ph</w:t>
      </w:r>
      <w:r w:rsidRPr="00447914">
        <w:t>ố</w:t>
      </w:r>
      <w:r w:rsidRPr="00447914">
        <w:t>i h</w:t>
      </w:r>
      <w:r w:rsidRPr="00447914">
        <w:t>ợ</w:t>
      </w:r>
      <w:r w:rsidRPr="00447914">
        <w:t>p v</w:t>
      </w:r>
      <w:r w:rsidRPr="00447914">
        <w:t>ớ</w:t>
      </w:r>
      <w:r w:rsidRPr="00447914">
        <w:t>i T</w:t>
      </w:r>
      <w:r w:rsidRPr="00447914">
        <w:t>ạ</w:t>
      </w:r>
      <w:r w:rsidRPr="00447914">
        <w:t>p chí Công Thương và các đơn v</w:t>
      </w:r>
      <w:r w:rsidRPr="00447914">
        <w:t>ị</w:t>
      </w:r>
      <w:r w:rsidRPr="00447914">
        <w:t xml:space="preserve"> liên quan tri</w:t>
      </w:r>
      <w:r w:rsidRPr="00447914">
        <w:t>ể</w:t>
      </w:r>
      <w:r w:rsidRPr="00447914">
        <w:t>n khai công tác chu</w:t>
      </w:r>
      <w:r w:rsidRPr="00447914">
        <w:t>ẩ</w:t>
      </w:r>
      <w:r w:rsidRPr="00447914">
        <w:t>n b</w:t>
      </w:r>
      <w:r w:rsidRPr="00447914">
        <w:t>ị</w:t>
      </w:r>
      <w:r w:rsidRPr="00447914">
        <w:t>, t</w:t>
      </w:r>
      <w:r w:rsidRPr="00447914">
        <w:t>ổ</w:t>
      </w:r>
      <w:r w:rsidRPr="00447914">
        <w:t xml:space="preserve"> ch</w:t>
      </w:r>
      <w:r w:rsidRPr="00447914">
        <w:t>ứ</w:t>
      </w:r>
      <w:r w:rsidRPr="00447914">
        <w:t>c chương trình; th</w:t>
      </w:r>
      <w:r w:rsidRPr="00447914">
        <w:t>ố</w:t>
      </w:r>
      <w:r w:rsidRPr="00447914">
        <w:t>ng nh</w:t>
      </w:r>
      <w:r w:rsidRPr="00447914">
        <w:t>ấ</w:t>
      </w:r>
      <w:r w:rsidRPr="00447914">
        <w:t>t các yêu c</w:t>
      </w:r>
      <w:r w:rsidRPr="00447914">
        <w:t>ầ</w:t>
      </w:r>
      <w:r w:rsidRPr="00447914">
        <w:t>u h</w:t>
      </w:r>
      <w:r w:rsidRPr="00447914">
        <w:t>ỗ</w:t>
      </w:r>
      <w:r w:rsidRPr="00447914">
        <w:t xml:space="preserve"> tr</w:t>
      </w:r>
      <w:r w:rsidRPr="00447914">
        <w:t>ợ</w:t>
      </w:r>
      <w:r w:rsidRPr="00447914">
        <w:t>, đi</w:t>
      </w:r>
      <w:r w:rsidRPr="00447914">
        <w:t>ề</w:t>
      </w:r>
      <w:r w:rsidRPr="00447914">
        <w:t>u ph</w:t>
      </w:r>
      <w:r w:rsidRPr="00447914">
        <w:t>ố</w:t>
      </w:r>
      <w:r w:rsidRPr="00447914">
        <w:t>i vi</w:t>
      </w:r>
      <w:r w:rsidRPr="00447914">
        <w:t>ệ</w:t>
      </w:r>
      <w:r w:rsidRPr="00447914">
        <w:t>c th</w:t>
      </w:r>
      <w:r w:rsidRPr="00447914">
        <w:t>ự</w:t>
      </w:r>
      <w:r w:rsidRPr="00447914">
        <w:t>c hi</w:t>
      </w:r>
      <w:r w:rsidRPr="00447914">
        <w:t>ệ</w:t>
      </w:r>
      <w:r w:rsidRPr="00447914">
        <w:t>n và t</w:t>
      </w:r>
      <w:r w:rsidRPr="00447914">
        <w:t>ổ</w:t>
      </w:r>
      <w:r w:rsidRPr="00447914">
        <w:t>ng h</w:t>
      </w:r>
      <w:r w:rsidRPr="00447914">
        <w:t>ợ</w:t>
      </w:r>
      <w:r w:rsidRPr="00447914">
        <w:t>p, báo cáo Ban Giám hi</w:t>
      </w:r>
      <w:r w:rsidRPr="00447914">
        <w:t>ệ</w:t>
      </w:r>
      <w:r w:rsidRPr="00447914">
        <w:t>u nh</w:t>
      </w:r>
      <w:r w:rsidRPr="00447914">
        <w:t>ữ</w:t>
      </w:r>
      <w:r w:rsidRPr="00447914">
        <w:t>ng n</w:t>
      </w:r>
      <w:r w:rsidRPr="00447914">
        <w:t>ộ</w:t>
      </w:r>
      <w:r w:rsidRPr="00447914">
        <w:t>i d</w:t>
      </w:r>
      <w:r w:rsidRPr="00447914">
        <w:t>ung phát sinh.</w:t>
      </w:r>
    </w:p>
    <w:p w14:paraId="5EE0056F" w14:textId="77777777" w:rsidR="00493C57" w:rsidRPr="00447914" w:rsidRDefault="00CD4F2A" w:rsidP="00447914">
      <w:pPr>
        <w:ind w:firstLine="397"/>
        <w:jc w:val="both"/>
      </w:pPr>
      <w:r w:rsidRPr="00447914">
        <w:t>2. Đoàn Thanh niên, H</w:t>
      </w:r>
      <w:r w:rsidRPr="00447914">
        <w:t>ộ</w:t>
      </w:r>
      <w:r w:rsidRPr="00447914">
        <w:t>i Sinh viên: Ph</w:t>
      </w:r>
      <w:r w:rsidRPr="00447914">
        <w:t>ố</w:t>
      </w:r>
      <w:r w:rsidRPr="00447914">
        <w:t>i h</w:t>
      </w:r>
      <w:r w:rsidRPr="00447914">
        <w:t>ợ</w:t>
      </w:r>
      <w:r w:rsidRPr="00447914">
        <w:t>p v</w:t>
      </w:r>
      <w:r w:rsidRPr="00447914">
        <w:t>ớ</w:t>
      </w:r>
      <w:r w:rsidRPr="00447914">
        <w:t>i Phòng Chính tr</w:t>
      </w:r>
      <w:r w:rsidRPr="00447914">
        <w:t>ị</w:t>
      </w:r>
      <w:r w:rsidRPr="00447914">
        <w:t xml:space="preserve"> và Công tác Sinh viên b</w:t>
      </w:r>
      <w:r w:rsidRPr="00447914">
        <w:t>ố</w:t>
      </w:r>
      <w:r w:rsidRPr="00447914">
        <w:t xml:space="preserve"> trí sinh viên tình nguy</w:t>
      </w:r>
      <w:r w:rsidRPr="00447914">
        <w:t>ệ</w:t>
      </w:r>
      <w:r w:rsidRPr="00447914">
        <w:t>n h</w:t>
      </w:r>
      <w:r w:rsidRPr="00447914">
        <w:t>ỗ</w:t>
      </w:r>
      <w:r w:rsidRPr="00447914">
        <w:t xml:space="preserve"> tr</w:t>
      </w:r>
      <w:r w:rsidRPr="00447914">
        <w:t>ợ</w:t>
      </w:r>
      <w:r w:rsidRPr="00447914">
        <w:t xml:space="preserve"> đón ti</w:t>
      </w:r>
      <w:r w:rsidRPr="00447914">
        <w:t>ế</w:t>
      </w:r>
      <w:r w:rsidRPr="00447914">
        <w:t>p, hư</w:t>
      </w:r>
      <w:r w:rsidRPr="00447914">
        <w:t>ớ</w:t>
      </w:r>
      <w:r w:rsidRPr="00447914">
        <w:t>ng d</w:t>
      </w:r>
      <w:r w:rsidRPr="00447914">
        <w:t>ẫ</w:t>
      </w:r>
      <w:r w:rsidRPr="00447914">
        <w:t>n đ</w:t>
      </w:r>
      <w:r w:rsidRPr="00447914">
        <w:t>ạ</w:t>
      </w:r>
      <w:r w:rsidRPr="00447914">
        <w:t>i bi</w:t>
      </w:r>
      <w:r w:rsidRPr="00447914">
        <w:t>ể</w:t>
      </w:r>
      <w:r w:rsidRPr="00447914">
        <w:t>u và ngư</w:t>
      </w:r>
      <w:r w:rsidRPr="00447914">
        <w:t>ờ</w:t>
      </w:r>
      <w:r w:rsidRPr="00447914">
        <w:t>i tham d</w:t>
      </w:r>
      <w:r w:rsidRPr="00447914">
        <w:t>ự</w:t>
      </w:r>
      <w:r w:rsidRPr="00447914">
        <w:t>; liên h</w:t>
      </w:r>
      <w:r w:rsidRPr="00447914">
        <w:t>ệ</w:t>
      </w:r>
      <w:r w:rsidRPr="00447914">
        <w:t>, t</w:t>
      </w:r>
      <w:r w:rsidRPr="00447914">
        <w:t>ổ</w:t>
      </w:r>
      <w:r w:rsidRPr="00447914">
        <w:t xml:space="preserve"> ch</w:t>
      </w:r>
      <w:r w:rsidRPr="00447914">
        <w:t>ứ</w:t>
      </w:r>
      <w:r w:rsidRPr="00447914">
        <w:t>c cho nhóm sinh viên đ</w:t>
      </w:r>
      <w:r w:rsidRPr="00447914">
        <w:t>ạ</w:t>
      </w:r>
      <w:r w:rsidRPr="00447914">
        <w:t>t gi</w:t>
      </w:r>
      <w:r w:rsidRPr="00447914">
        <w:t>ả</w:t>
      </w:r>
      <w:r w:rsidRPr="00447914">
        <w:t>i nh</w:t>
      </w:r>
      <w:r w:rsidRPr="00447914">
        <w:t>ấ</w:t>
      </w:r>
      <w:r w:rsidRPr="00447914">
        <w:t>t ph</w:t>
      </w:r>
      <w:r w:rsidRPr="00447914">
        <w:t>ầ</w:t>
      </w:r>
      <w:r w:rsidRPr="00447914">
        <w:t>n thi ti</w:t>
      </w:r>
      <w:r w:rsidRPr="00447914">
        <w:t>ể</w:t>
      </w:r>
      <w:r w:rsidRPr="00447914">
        <w:t>u ph</w:t>
      </w:r>
      <w:r w:rsidRPr="00447914">
        <w:t>ẩ</w:t>
      </w:r>
      <w:r w:rsidRPr="00447914">
        <w:t>m t</w:t>
      </w:r>
      <w:r w:rsidRPr="00447914">
        <w:t>ạ</w:t>
      </w:r>
      <w:r w:rsidRPr="00447914">
        <w:t>i</w:t>
      </w:r>
      <w:r w:rsidRPr="00447914">
        <w:t xml:space="preserve"> Cu</w:t>
      </w:r>
      <w:r w:rsidRPr="00447914">
        <w:t>ộ</w:t>
      </w:r>
      <w:r w:rsidRPr="00447914">
        <w:t>c thi năm 2025 t</w:t>
      </w:r>
      <w:r w:rsidRPr="00447914">
        <w:t>ậ</w:t>
      </w:r>
      <w:r w:rsidRPr="00447914">
        <w:t>p luy</w:t>
      </w:r>
      <w:r w:rsidRPr="00447914">
        <w:t>ệ</w:t>
      </w:r>
      <w:r w:rsidRPr="00447914">
        <w:t>n, bi</w:t>
      </w:r>
      <w:r w:rsidRPr="00447914">
        <w:t>ể</w:t>
      </w:r>
      <w:r w:rsidRPr="00447914">
        <w:t>u di</w:t>
      </w:r>
      <w:r w:rsidRPr="00447914">
        <w:t>ễ</w:t>
      </w:r>
      <w:r w:rsidRPr="00447914">
        <w:t>n theo chương trình đã th</w:t>
      </w:r>
      <w:r w:rsidRPr="00447914">
        <w:t>ố</w:t>
      </w:r>
      <w:r w:rsidRPr="00447914">
        <w:t>ng nh</w:t>
      </w:r>
      <w:r w:rsidRPr="00447914">
        <w:t>ấ</w:t>
      </w:r>
      <w:r w:rsidRPr="00447914">
        <w:t>t v</w:t>
      </w:r>
      <w:r w:rsidRPr="00447914">
        <w:t>ớ</w:t>
      </w:r>
      <w:r w:rsidRPr="00447914">
        <w:t>i Ban T</w:t>
      </w:r>
      <w:r w:rsidRPr="00447914">
        <w:t>ổ</w:t>
      </w:r>
      <w:r w:rsidRPr="00447914">
        <w:t xml:space="preserve"> ch</w:t>
      </w:r>
      <w:r w:rsidRPr="00447914">
        <w:t>ứ</w:t>
      </w:r>
      <w:r w:rsidRPr="00447914">
        <w:t>c.</w:t>
      </w:r>
    </w:p>
    <w:p w14:paraId="533D4E83" w14:textId="77777777" w:rsidR="00493C57" w:rsidRPr="00447914" w:rsidRDefault="00CD4F2A" w:rsidP="00447914">
      <w:pPr>
        <w:ind w:firstLine="397"/>
        <w:jc w:val="both"/>
      </w:pPr>
      <w:r w:rsidRPr="00447914">
        <w:t>3. Phòng Hành chính Qu</w:t>
      </w:r>
      <w:r w:rsidRPr="00447914">
        <w:t>ả</w:t>
      </w:r>
      <w:r w:rsidRPr="00447914">
        <w:t>n tr</w:t>
      </w:r>
      <w:r w:rsidRPr="00447914">
        <w:t>ị</w:t>
      </w:r>
      <w:r w:rsidRPr="00447914">
        <w:t xml:space="preserve"> và Trung tâm Qu</w:t>
      </w:r>
      <w:r w:rsidRPr="00447914">
        <w:t>ả</w:t>
      </w:r>
      <w:r w:rsidRPr="00447914">
        <w:t>n lý xây d</w:t>
      </w:r>
      <w:r w:rsidRPr="00447914">
        <w:t>ự</w:t>
      </w:r>
      <w:r w:rsidRPr="00447914">
        <w:t>ng và D</w:t>
      </w:r>
      <w:r w:rsidRPr="00447914">
        <w:t>ị</w:t>
      </w:r>
      <w:r w:rsidRPr="00447914">
        <w:t>ch v</w:t>
      </w:r>
      <w:r w:rsidRPr="00447914">
        <w:t>ụ</w:t>
      </w:r>
      <w:r w:rsidRPr="00447914">
        <w:t>: Theo ch</w:t>
      </w:r>
      <w:r w:rsidRPr="00447914">
        <w:t>ứ</w:t>
      </w:r>
      <w:r w:rsidRPr="00447914">
        <w:t>c năng, nhi</w:t>
      </w:r>
      <w:r w:rsidRPr="00447914">
        <w:t>ệ</w:t>
      </w:r>
      <w:r w:rsidRPr="00447914">
        <w:t>m v</w:t>
      </w:r>
      <w:r w:rsidRPr="00447914">
        <w:t>ụ</w:t>
      </w:r>
      <w:r w:rsidRPr="00447914">
        <w:t>, ph</w:t>
      </w:r>
      <w:r w:rsidRPr="00447914">
        <w:t>ố</w:t>
      </w:r>
      <w:r w:rsidRPr="00447914">
        <w:t>i h</w:t>
      </w:r>
      <w:r w:rsidRPr="00447914">
        <w:t>ợ</w:t>
      </w:r>
      <w:r w:rsidRPr="00447914">
        <w:t>p b</w:t>
      </w:r>
      <w:r w:rsidRPr="00447914">
        <w:t>ố</w:t>
      </w:r>
      <w:r w:rsidRPr="00447914">
        <w:t xml:space="preserve"> trí h</w:t>
      </w:r>
      <w:r w:rsidRPr="00447914">
        <w:t>ộ</w:t>
      </w:r>
      <w:r w:rsidRPr="00447914">
        <w:t>i trư</w:t>
      </w:r>
      <w:r w:rsidRPr="00447914">
        <w:t>ờ</w:t>
      </w:r>
      <w:r w:rsidRPr="00447914">
        <w:t>ng, khu v</w:t>
      </w:r>
      <w:r w:rsidRPr="00447914">
        <w:t>ự</w:t>
      </w:r>
      <w:r w:rsidRPr="00447914">
        <w:t>c đón ti</w:t>
      </w:r>
      <w:r w:rsidRPr="00447914">
        <w:t>ế</w:t>
      </w:r>
      <w:r w:rsidRPr="00447914">
        <w:t>p, sân trư</w:t>
      </w:r>
      <w:r w:rsidRPr="00447914">
        <w:t>ờ</w:t>
      </w:r>
      <w:r w:rsidRPr="00447914">
        <w:t>ng, cơ s</w:t>
      </w:r>
      <w:r w:rsidRPr="00447914">
        <w:t>ở</w:t>
      </w:r>
      <w:r w:rsidRPr="00447914">
        <w:t xml:space="preserve"> v</w:t>
      </w:r>
      <w:r w:rsidRPr="00447914">
        <w:t>ậ</w:t>
      </w:r>
      <w:r w:rsidRPr="00447914">
        <w:t>t ch</w:t>
      </w:r>
      <w:r w:rsidRPr="00447914">
        <w:t>ấ</w:t>
      </w:r>
      <w:r w:rsidRPr="00447914">
        <w:t>t, khánh ti</w:t>
      </w:r>
      <w:r w:rsidRPr="00447914">
        <w:t>ế</w:t>
      </w:r>
      <w:r w:rsidRPr="00447914">
        <w:t>t, v</w:t>
      </w:r>
      <w:r w:rsidRPr="00447914">
        <w:t>ệ</w:t>
      </w:r>
      <w:r w:rsidRPr="00447914">
        <w:t xml:space="preserve"> sinh môi trư</w:t>
      </w:r>
      <w:r w:rsidRPr="00447914">
        <w:t>ờ</w:t>
      </w:r>
      <w:r w:rsidRPr="00447914">
        <w:t>ng; b</w:t>
      </w:r>
      <w:r w:rsidRPr="00447914">
        <w:t>ả</w:t>
      </w:r>
      <w:r w:rsidRPr="00447914">
        <w:t>o đ</w:t>
      </w:r>
      <w:r w:rsidRPr="00447914">
        <w:t>ả</w:t>
      </w:r>
      <w:r w:rsidRPr="00447914">
        <w:t>m công tác b</w:t>
      </w:r>
      <w:r w:rsidRPr="00447914">
        <w:t>ả</w:t>
      </w:r>
      <w:r w:rsidRPr="00447914">
        <w:t>o v</w:t>
      </w:r>
      <w:r w:rsidRPr="00447914">
        <w:t>ệ</w:t>
      </w:r>
      <w:r w:rsidRPr="00447914">
        <w:t>, an ninh, tr</w:t>
      </w:r>
      <w:r w:rsidRPr="00447914">
        <w:t>ậ</w:t>
      </w:r>
      <w:r w:rsidRPr="00447914">
        <w:t>t t</w:t>
      </w:r>
      <w:r w:rsidRPr="00447914">
        <w:t>ự</w:t>
      </w:r>
      <w:r w:rsidRPr="00447914">
        <w:t>, an toàn và hư</w:t>
      </w:r>
      <w:r w:rsidRPr="00447914">
        <w:t>ớ</w:t>
      </w:r>
      <w:r w:rsidRPr="00447914">
        <w:t>ng d</w:t>
      </w:r>
      <w:r w:rsidRPr="00447914">
        <w:t>ẫ</w:t>
      </w:r>
      <w:r w:rsidRPr="00447914">
        <w:t>n phương ti</w:t>
      </w:r>
      <w:r w:rsidRPr="00447914">
        <w:t>ệ</w:t>
      </w:r>
      <w:r w:rsidRPr="00447914">
        <w:t>n ra, vào khu v</w:t>
      </w:r>
      <w:r w:rsidRPr="00447914">
        <w:t>ự</w:t>
      </w:r>
      <w:r w:rsidRPr="00447914">
        <w:t>c t</w:t>
      </w:r>
      <w:r w:rsidRPr="00447914">
        <w:t>ổ</w:t>
      </w:r>
      <w:r w:rsidRPr="00447914">
        <w:t xml:space="preserve"> ch</w:t>
      </w:r>
      <w:r w:rsidRPr="00447914">
        <w:t>ứ</w:t>
      </w:r>
      <w:r w:rsidRPr="00447914">
        <w:t>c.</w:t>
      </w:r>
    </w:p>
    <w:p w14:paraId="71F9D399" w14:textId="77777777" w:rsidR="00493C57" w:rsidRPr="00447914" w:rsidRDefault="00CD4F2A" w:rsidP="00447914">
      <w:pPr>
        <w:ind w:firstLine="397"/>
        <w:jc w:val="both"/>
      </w:pPr>
      <w:r w:rsidRPr="00447914">
        <w:t>4. Phòng Công ngh</w:t>
      </w:r>
      <w:r w:rsidRPr="00447914">
        <w:t>ệ</w:t>
      </w:r>
      <w:r w:rsidRPr="00447914">
        <w:t xml:space="preserve"> thông tin: Ph</w:t>
      </w:r>
      <w:r w:rsidRPr="00447914">
        <w:t>ố</w:t>
      </w:r>
      <w:r w:rsidRPr="00447914">
        <w:t>i h</w:t>
      </w:r>
      <w:r w:rsidRPr="00447914">
        <w:t>ợ</w:t>
      </w:r>
      <w:r w:rsidRPr="00447914">
        <w:t>p b</w:t>
      </w:r>
      <w:r w:rsidRPr="00447914">
        <w:t>ả</w:t>
      </w:r>
      <w:r w:rsidRPr="00447914">
        <w:t>o đ</w:t>
      </w:r>
      <w:r w:rsidRPr="00447914">
        <w:t>ả</w:t>
      </w:r>
      <w:r w:rsidRPr="00447914">
        <w:t>m các đi</w:t>
      </w:r>
      <w:r w:rsidRPr="00447914">
        <w:t>ề</w:t>
      </w:r>
      <w:r w:rsidRPr="00447914">
        <w:t>u ki</w:t>
      </w:r>
      <w:r w:rsidRPr="00447914">
        <w:t>ệ</w:t>
      </w:r>
      <w:r w:rsidRPr="00447914">
        <w:t>n k</w:t>
      </w:r>
      <w:r w:rsidRPr="00447914">
        <w:t>ỹ</w:t>
      </w:r>
      <w:r w:rsidRPr="00447914">
        <w:t xml:space="preserve"> thu</w:t>
      </w:r>
      <w:r w:rsidRPr="00447914">
        <w:t>ậ</w:t>
      </w:r>
      <w:r w:rsidRPr="00447914">
        <w:t>t, k</w:t>
      </w:r>
      <w:r w:rsidRPr="00447914">
        <w:t>ế</w:t>
      </w:r>
      <w:r w:rsidRPr="00447914">
        <w:t>t n</w:t>
      </w:r>
      <w:r w:rsidRPr="00447914">
        <w:t>ố</w:t>
      </w:r>
      <w:r w:rsidRPr="00447914">
        <w:t>i đư</w:t>
      </w:r>
      <w:r w:rsidRPr="00447914">
        <w:t>ờ</w:t>
      </w:r>
      <w:r w:rsidRPr="00447914">
        <w:t>ng truy</w:t>
      </w:r>
      <w:r w:rsidRPr="00447914">
        <w:t>ề</w:t>
      </w:r>
      <w:r w:rsidRPr="00447914">
        <w:t>n thu</w:t>
      </w:r>
      <w:r w:rsidRPr="00447914">
        <w:t>ộ</w:t>
      </w:r>
      <w:r w:rsidRPr="00447914">
        <w:t>c ph</w:t>
      </w:r>
      <w:r w:rsidRPr="00447914">
        <w:t>ạ</w:t>
      </w:r>
      <w:r w:rsidRPr="00447914">
        <w:t>m vi qu</w:t>
      </w:r>
      <w:r w:rsidRPr="00447914">
        <w:t>ả</w:t>
      </w:r>
      <w:r w:rsidRPr="00447914">
        <w:t>n lý; c</w:t>
      </w:r>
      <w:r w:rsidRPr="00447914">
        <w:t>ử</w:t>
      </w:r>
      <w:r w:rsidRPr="00447914">
        <w:t xml:space="preserve"> c</w:t>
      </w:r>
      <w:r w:rsidRPr="00447914">
        <w:t>án b</w:t>
      </w:r>
      <w:r w:rsidRPr="00447914">
        <w:t>ộ</w:t>
      </w:r>
      <w:r w:rsidRPr="00447914">
        <w:t xml:space="preserve"> h</w:t>
      </w:r>
      <w:r w:rsidRPr="00447914">
        <w:t>ỗ</w:t>
      </w:r>
      <w:r w:rsidRPr="00447914">
        <w:t xml:space="preserve"> tr</w:t>
      </w:r>
      <w:r w:rsidRPr="00447914">
        <w:t>ợ</w:t>
      </w:r>
      <w:r w:rsidRPr="00447914">
        <w:t xml:space="preserve"> trong th</w:t>
      </w:r>
      <w:r w:rsidRPr="00447914">
        <w:t>ờ</w:t>
      </w:r>
      <w:r w:rsidRPr="00447914">
        <w:t>i gian ch</w:t>
      </w:r>
      <w:r w:rsidRPr="00447914">
        <w:t>ạ</w:t>
      </w:r>
      <w:r w:rsidRPr="00447914">
        <w:t>y th</w:t>
      </w:r>
      <w:r w:rsidRPr="00447914">
        <w:t>ử</w:t>
      </w:r>
      <w:r w:rsidRPr="00447914">
        <w:t>, t</w:t>
      </w:r>
      <w:r w:rsidRPr="00447914">
        <w:t>ổ</w:t>
      </w:r>
      <w:r w:rsidRPr="00447914">
        <w:t>ng duy</w:t>
      </w:r>
      <w:r w:rsidRPr="00447914">
        <w:t>ệ</w:t>
      </w:r>
      <w:r w:rsidRPr="00447914">
        <w:t>t và t</w:t>
      </w:r>
      <w:r w:rsidRPr="00447914">
        <w:t>ổ</w:t>
      </w:r>
      <w:r w:rsidRPr="00447914">
        <w:t xml:space="preserve"> ch</w:t>
      </w:r>
      <w:r w:rsidRPr="00447914">
        <w:t>ứ</w:t>
      </w:r>
      <w:r w:rsidRPr="00447914">
        <w:t>c chương trình theo l</w:t>
      </w:r>
      <w:r w:rsidRPr="00447914">
        <w:t>ị</w:t>
      </w:r>
      <w:r w:rsidRPr="00447914">
        <w:t>ch th</w:t>
      </w:r>
      <w:r w:rsidRPr="00447914">
        <w:t>ố</w:t>
      </w:r>
      <w:r w:rsidRPr="00447914">
        <w:t>ng nh</w:t>
      </w:r>
      <w:r w:rsidRPr="00447914">
        <w:t>ấ</w:t>
      </w:r>
      <w:r w:rsidRPr="00447914">
        <w:t>t v</w:t>
      </w:r>
      <w:r w:rsidRPr="00447914">
        <w:t>ớ</w:t>
      </w:r>
      <w:r w:rsidRPr="00447914">
        <w:t>i Ban T</w:t>
      </w:r>
      <w:r w:rsidRPr="00447914">
        <w:t>ổ</w:t>
      </w:r>
      <w:r w:rsidRPr="00447914">
        <w:t xml:space="preserve"> ch</w:t>
      </w:r>
      <w:r w:rsidRPr="00447914">
        <w:t>ứ</w:t>
      </w:r>
      <w:r w:rsidRPr="00447914">
        <w:t>c.</w:t>
      </w:r>
    </w:p>
    <w:p w14:paraId="183796E3" w14:textId="77777777" w:rsidR="00493C57" w:rsidRPr="00447914" w:rsidRDefault="00CD4F2A" w:rsidP="00447914">
      <w:pPr>
        <w:ind w:firstLine="397"/>
        <w:jc w:val="both"/>
      </w:pPr>
      <w:r w:rsidRPr="00447914">
        <w:lastRenderedPageBreak/>
        <w:t>5. Phòng Tuy</w:t>
      </w:r>
      <w:r w:rsidRPr="00447914">
        <w:t>ể</w:t>
      </w:r>
      <w:r w:rsidRPr="00447914">
        <w:t>n sinh, Truy</w:t>
      </w:r>
      <w:r w:rsidRPr="00447914">
        <w:t>ề</w:t>
      </w:r>
      <w:r w:rsidRPr="00447914">
        <w:t>n thông và Đ</w:t>
      </w:r>
      <w:r w:rsidRPr="00447914">
        <w:t>ố</w:t>
      </w:r>
      <w:r w:rsidRPr="00447914">
        <w:t>i ngo</w:t>
      </w:r>
      <w:r w:rsidRPr="00447914">
        <w:t>ạ</w:t>
      </w:r>
      <w:r w:rsidRPr="00447914">
        <w:t>i: Ph</w:t>
      </w:r>
      <w:r w:rsidRPr="00447914">
        <w:t>ố</w:t>
      </w:r>
      <w:r w:rsidRPr="00447914">
        <w:t>i h</w:t>
      </w:r>
      <w:r w:rsidRPr="00447914">
        <w:t>ợ</w:t>
      </w:r>
      <w:r w:rsidRPr="00447914">
        <w:t>p v</w:t>
      </w:r>
      <w:r w:rsidRPr="00447914">
        <w:t>ớ</w:t>
      </w:r>
      <w:r w:rsidRPr="00447914">
        <w:t>i Ban T</w:t>
      </w:r>
      <w:r w:rsidRPr="00447914">
        <w:t>ổ</w:t>
      </w:r>
      <w:r w:rsidRPr="00447914">
        <w:t xml:space="preserve"> ch</w:t>
      </w:r>
      <w:r w:rsidRPr="00447914">
        <w:t>ứ</w:t>
      </w:r>
      <w:r w:rsidRPr="00447914">
        <w:t>c th</w:t>
      </w:r>
      <w:r w:rsidRPr="00447914">
        <w:t>ự</w:t>
      </w:r>
      <w:r w:rsidRPr="00447914">
        <w:t>c hi</w:t>
      </w:r>
      <w:r w:rsidRPr="00447914">
        <w:t>ệ</w:t>
      </w:r>
      <w:r w:rsidRPr="00447914">
        <w:t>n ch</w:t>
      </w:r>
      <w:r w:rsidRPr="00447914">
        <w:t>ụ</w:t>
      </w:r>
      <w:r w:rsidRPr="00447914">
        <w:t xml:space="preserve">p </w:t>
      </w:r>
      <w:r w:rsidRPr="00447914">
        <w:t>ả</w:t>
      </w:r>
      <w:r w:rsidRPr="00447914">
        <w:t>nh, đưa tin và truy</w:t>
      </w:r>
      <w:r w:rsidRPr="00447914">
        <w:t>ề</w:t>
      </w:r>
      <w:r w:rsidRPr="00447914">
        <w:t>n thông v</w:t>
      </w:r>
      <w:r w:rsidRPr="00447914">
        <w:t>ề</w:t>
      </w:r>
      <w:r w:rsidRPr="00447914">
        <w:t xml:space="preserve"> L</w:t>
      </w:r>
      <w:r w:rsidRPr="00447914">
        <w:t>ễ</w:t>
      </w:r>
      <w:r w:rsidRPr="00447914">
        <w:t xml:space="preserve"> phát đ</w:t>
      </w:r>
      <w:r w:rsidRPr="00447914">
        <w:t>ộ</w:t>
      </w:r>
      <w:r w:rsidRPr="00447914">
        <w:t>ng, Cu</w:t>
      </w:r>
      <w:r w:rsidRPr="00447914">
        <w:t>ộ</w:t>
      </w:r>
      <w:r w:rsidRPr="00447914">
        <w:t>c thi t</w:t>
      </w:r>
      <w:r w:rsidRPr="00447914">
        <w:t>rên các kênh thông tin c</w:t>
      </w:r>
      <w:r w:rsidRPr="00447914">
        <w:t>ủ</w:t>
      </w:r>
      <w:r w:rsidRPr="00447914">
        <w:t>a Nhà trư</w:t>
      </w:r>
      <w:r w:rsidRPr="00447914">
        <w:t>ờ</w:t>
      </w:r>
      <w:r w:rsidRPr="00447914">
        <w:t>ng.</w:t>
      </w:r>
    </w:p>
    <w:p w14:paraId="06A012B8" w14:textId="2CE7710F" w:rsidR="00096330" w:rsidRDefault="00CD4F2A" w:rsidP="00447914">
      <w:pPr>
        <w:ind w:firstLine="397"/>
        <w:jc w:val="both"/>
      </w:pPr>
      <w:r w:rsidRPr="00447914">
        <w:t>6. Sinh viên: Khuy</w:t>
      </w:r>
      <w:r w:rsidRPr="00447914">
        <w:t>ế</w:t>
      </w:r>
      <w:r w:rsidRPr="00447914">
        <w:t>n khích tham d</w:t>
      </w:r>
      <w:r w:rsidRPr="00447914">
        <w:t>ự</w:t>
      </w:r>
      <w:r w:rsidRPr="00447914">
        <w:t xml:space="preserve"> chương trình trên tinh th</w:t>
      </w:r>
      <w:r w:rsidRPr="00447914">
        <w:t>ầ</w:t>
      </w:r>
      <w:r w:rsidRPr="00447914">
        <w:t>n t</w:t>
      </w:r>
      <w:r w:rsidRPr="00447914">
        <w:t>ự</w:t>
      </w:r>
      <w:r w:rsidRPr="00447914">
        <w:t xml:space="preserve"> nguy</w:t>
      </w:r>
      <w:r w:rsidRPr="00447914">
        <w:t>ệ</w:t>
      </w:r>
      <w:r w:rsidRPr="00447914">
        <w:t>n; đăng ký theo đư</w:t>
      </w:r>
      <w:r w:rsidRPr="00447914">
        <w:t>ờ</w:t>
      </w:r>
      <w:r w:rsidRPr="00447914">
        <w:t>ng d</w:t>
      </w:r>
      <w:r w:rsidRPr="00447914">
        <w:t>ẫ</w:t>
      </w:r>
      <w:r w:rsidRPr="00447914">
        <w:t xml:space="preserve">n </w:t>
      </w:r>
      <w:hyperlink r:id="rId6" w:history="1">
        <w:r w:rsidR="00096330" w:rsidRPr="007D682D">
          <w:rPr>
            <w:rStyle w:val="Hyperlink"/>
          </w:rPr>
          <w:t>https://forms.gle/6rDaW8ZgG1Fi9sWs6</w:t>
        </w:r>
      </w:hyperlink>
    </w:p>
    <w:p w14:paraId="27A43126" w14:textId="5D8ECBB9" w:rsidR="00493C57" w:rsidRPr="00447914" w:rsidRDefault="00CD4F2A" w:rsidP="00447914">
      <w:pPr>
        <w:ind w:firstLine="397"/>
        <w:jc w:val="both"/>
      </w:pPr>
      <w:r w:rsidRPr="00447914">
        <w:t>Sinh viên tham gia m</w:t>
      </w:r>
      <w:r w:rsidRPr="00447914">
        <w:t>ặ</w:t>
      </w:r>
      <w:r w:rsidRPr="00447914">
        <w:t>c áo polo UNETI, đeo th</w:t>
      </w:r>
      <w:r w:rsidRPr="00447914">
        <w:t>ẻ</w:t>
      </w:r>
      <w:r w:rsidRPr="00447914">
        <w:t xml:space="preserve"> sinh viên, trang ph</w:t>
      </w:r>
      <w:r w:rsidRPr="00447914">
        <w:t>ụ</w:t>
      </w:r>
      <w:r w:rsidRPr="00447914">
        <w:t>c g</w:t>
      </w:r>
      <w:r w:rsidRPr="00447914">
        <w:t>ọ</w:t>
      </w:r>
      <w:r w:rsidRPr="00447914">
        <w:t>n gàng, l</w:t>
      </w:r>
      <w:r w:rsidRPr="00447914">
        <w:t>ị</w:t>
      </w:r>
      <w:r w:rsidRPr="00447914">
        <w:t xml:space="preserve">ch </w:t>
      </w:r>
      <w:r w:rsidRPr="00447914">
        <w:t>s</w:t>
      </w:r>
      <w:r w:rsidRPr="00447914">
        <w:t>ự</w:t>
      </w:r>
      <w:r w:rsidRPr="00447914">
        <w:t xml:space="preserve"> và ch</w:t>
      </w:r>
      <w:r w:rsidRPr="00447914">
        <w:t>ấ</w:t>
      </w:r>
      <w:r w:rsidRPr="00447914">
        <w:t>p hành hư</w:t>
      </w:r>
      <w:r w:rsidRPr="00447914">
        <w:t>ớ</w:t>
      </w:r>
      <w:r w:rsidRPr="00447914">
        <w:t>ng d</w:t>
      </w:r>
      <w:r w:rsidRPr="00447914">
        <w:t>ẫ</w:t>
      </w:r>
      <w:r w:rsidRPr="00447914">
        <w:t>n c</w:t>
      </w:r>
      <w:r w:rsidRPr="00447914">
        <w:t>ủ</w:t>
      </w:r>
      <w:r w:rsidRPr="00447914">
        <w:t>a Ban T</w:t>
      </w:r>
      <w:r w:rsidRPr="00447914">
        <w:t>ổ</w:t>
      </w:r>
      <w:r w:rsidRPr="00447914">
        <w:t xml:space="preserve"> ch</w:t>
      </w:r>
      <w:r w:rsidRPr="00447914">
        <w:t>ứ</w:t>
      </w:r>
      <w:r w:rsidRPr="00447914">
        <w:t>c, n</w:t>
      </w:r>
      <w:r w:rsidRPr="00447914">
        <w:t>ộ</w:t>
      </w:r>
      <w:r w:rsidRPr="00447914">
        <w:t>i quy c</w:t>
      </w:r>
      <w:r w:rsidRPr="00447914">
        <w:t>ủ</w:t>
      </w:r>
      <w:r w:rsidRPr="00447914">
        <w:t>a Nhà trư</w:t>
      </w:r>
      <w:r w:rsidRPr="00447914">
        <w:t>ờ</w:t>
      </w:r>
      <w:r w:rsidRPr="00447914">
        <w:t>ng.</w:t>
      </w:r>
    </w:p>
    <w:p w14:paraId="60FE387F" w14:textId="5651D83B" w:rsidR="00493C57" w:rsidRPr="00447914" w:rsidRDefault="00CD4F2A" w:rsidP="00447914">
      <w:pPr>
        <w:ind w:firstLine="397"/>
        <w:jc w:val="both"/>
      </w:pPr>
      <w:r w:rsidRPr="00447914">
        <w:rPr>
          <w:b/>
        </w:rPr>
        <w:t>III. T</w:t>
      </w:r>
      <w:r w:rsidRPr="00447914">
        <w:rPr>
          <w:b/>
        </w:rPr>
        <w:t>Ổ</w:t>
      </w:r>
      <w:r w:rsidRPr="00447914">
        <w:rPr>
          <w:b/>
        </w:rPr>
        <w:t xml:space="preserve"> CH</w:t>
      </w:r>
      <w:r w:rsidRPr="00447914">
        <w:rPr>
          <w:b/>
        </w:rPr>
        <w:t>Ứ</w:t>
      </w:r>
      <w:r w:rsidRPr="00447914">
        <w:rPr>
          <w:b/>
        </w:rPr>
        <w:t>C TH</w:t>
      </w:r>
      <w:r w:rsidRPr="00447914">
        <w:rPr>
          <w:b/>
        </w:rPr>
        <w:t>Ự</w:t>
      </w:r>
      <w:r w:rsidRPr="00447914">
        <w:rPr>
          <w:b/>
        </w:rPr>
        <w:t>C HI</w:t>
      </w:r>
      <w:r w:rsidRPr="00447914">
        <w:rPr>
          <w:b/>
        </w:rPr>
        <w:t>Ệ</w:t>
      </w:r>
      <w:r w:rsidRPr="00447914">
        <w:rPr>
          <w:b/>
        </w:rPr>
        <w:t>N</w:t>
      </w:r>
      <w:r w:rsidR="00096330">
        <w:rPr>
          <w:b/>
        </w:rPr>
        <w:t>:</w:t>
      </w:r>
    </w:p>
    <w:p w14:paraId="13CA5B19" w14:textId="48BA8A16" w:rsidR="00493C57" w:rsidRPr="00447914" w:rsidRDefault="00CD4F2A" w:rsidP="00447914">
      <w:pPr>
        <w:ind w:firstLine="397"/>
        <w:jc w:val="both"/>
      </w:pPr>
      <w:r w:rsidRPr="00447914">
        <w:t>Các đơn v</w:t>
      </w:r>
      <w:r w:rsidRPr="00447914">
        <w:t>ị</w:t>
      </w:r>
      <w:r w:rsidRPr="00447914">
        <w:t xml:space="preserve"> đư</w:t>
      </w:r>
      <w:r w:rsidRPr="00447914">
        <w:t>ợ</w:t>
      </w:r>
      <w:r w:rsidRPr="00447914">
        <w:t>c phân công ch</w:t>
      </w:r>
      <w:r w:rsidRPr="00447914">
        <w:t>ủ</w:t>
      </w:r>
      <w:r w:rsidRPr="00447914">
        <w:t xml:space="preserve"> đ</w:t>
      </w:r>
      <w:r w:rsidRPr="00447914">
        <w:t>ộ</w:t>
      </w:r>
      <w:r w:rsidRPr="00447914">
        <w:t>ng ph</w:t>
      </w:r>
      <w:r w:rsidRPr="00447914">
        <w:t>ố</w:t>
      </w:r>
      <w:r w:rsidRPr="00447914">
        <w:t>i h</w:t>
      </w:r>
      <w:r w:rsidRPr="00447914">
        <w:t>ợ</w:t>
      </w:r>
      <w:r w:rsidRPr="00447914">
        <w:t>p tri</w:t>
      </w:r>
      <w:r w:rsidRPr="00447914">
        <w:t>ể</w:t>
      </w:r>
      <w:r w:rsidRPr="00447914">
        <w:t>n khai nhi</w:t>
      </w:r>
      <w:r w:rsidRPr="00447914">
        <w:t>ệ</w:t>
      </w:r>
      <w:r w:rsidRPr="00447914">
        <w:t>m v</w:t>
      </w:r>
      <w:r w:rsidRPr="00447914">
        <w:t>ụ</w:t>
      </w:r>
      <w:r w:rsidRPr="00447914">
        <w:t xml:space="preserve"> theo ch</w:t>
      </w:r>
      <w:r w:rsidRPr="00447914">
        <w:t>ứ</w:t>
      </w:r>
      <w:r w:rsidRPr="00447914">
        <w:t>c năng, b</w:t>
      </w:r>
      <w:r w:rsidRPr="00447914">
        <w:t>ả</w:t>
      </w:r>
      <w:r w:rsidRPr="00447914">
        <w:t>o đ</w:t>
      </w:r>
      <w:r w:rsidRPr="00447914">
        <w:t>ả</w:t>
      </w:r>
      <w:r w:rsidRPr="00447914">
        <w:t>m công tác chu</w:t>
      </w:r>
      <w:r w:rsidRPr="00447914">
        <w:t>ẩ</w:t>
      </w:r>
      <w:r w:rsidRPr="00447914">
        <w:t>n b</w:t>
      </w:r>
      <w:r w:rsidRPr="00447914">
        <w:t>ị</w:t>
      </w:r>
      <w:r w:rsidRPr="00447914">
        <w:t xml:space="preserve"> và ph</w:t>
      </w:r>
      <w:r w:rsidRPr="00447914">
        <w:t>ụ</w:t>
      </w:r>
      <w:r w:rsidRPr="00447914">
        <w:t>c v</w:t>
      </w:r>
      <w:r w:rsidRPr="00447914">
        <w:t>ụ</w:t>
      </w:r>
      <w:r w:rsidRPr="00447914">
        <w:t xml:space="preserve"> chương trình. Phòng Chính tr</w:t>
      </w:r>
      <w:r w:rsidRPr="00447914">
        <w:t>ị</w:t>
      </w:r>
      <w:r w:rsidRPr="00447914">
        <w:t xml:space="preserve"> và </w:t>
      </w:r>
      <w:r w:rsidR="00FA5E23">
        <w:t>CTSV</w:t>
      </w:r>
      <w:r w:rsidRPr="00447914">
        <w:t xml:space="preserve"> là đ</w:t>
      </w:r>
      <w:r w:rsidRPr="00447914">
        <w:t>ầ</w:t>
      </w:r>
      <w:r w:rsidRPr="00447914">
        <w:t>u m</w:t>
      </w:r>
      <w:r w:rsidRPr="00447914">
        <w:t>ố</w:t>
      </w:r>
      <w:r w:rsidRPr="00447914">
        <w:t>i ti</w:t>
      </w:r>
      <w:r w:rsidRPr="00447914">
        <w:t>ế</w:t>
      </w:r>
      <w:r w:rsidRPr="00447914">
        <w:t>p nh</w:t>
      </w:r>
      <w:r w:rsidRPr="00447914">
        <w:t>ậ</w:t>
      </w:r>
      <w:r w:rsidRPr="00447914">
        <w:t>n, th</w:t>
      </w:r>
      <w:r w:rsidRPr="00447914">
        <w:t>ố</w:t>
      </w:r>
      <w:r w:rsidRPr="00447914">
        <w:t>ng nh</w:t>
      </w:r>
      <w:r w:rsidRPr="00447914">
        <w:t>ấ</w:t>
      </w:r>
      <w:r w:rsidRPr="00447914">
        <w:t>t l</w:t>
      </w:r>
      <w:r w:rsidRPr="00447914">
        <w:t>ị</w:t>
      </w:r>
      <w:r w:rsidRPr="00447914">
        <w:t>ch chu</w:t>
      </w:r>
      <w:r w:rsidRPr="00447914">
        <w:t>ẩ</w:t>
      </w:r>
      <w:r w:rsidRPr="00447914">
        <w:t>n b</w:t>
      </w:r>
      <w:r w:rsidRPr="00447914">
        <w:t>ị</w:t>
      </w:r>
      <w:r w:rsidRPr="00447914">
        <w:t>, ch</w:t>
      </w:r>
      <w:r w:rsidRPr="00447914">
        <w:t>ạ</w:t>
      </w:r>
      <w:r w:rsidRPr="00447914">
        <w:t>y th</w:t>
      </w:r>
      <w:r w:rsidRPr="00447914">
        <w:t>ử</w:t>
      </w:r>
      <w:r w:rsidRPr="00447914">
        <w:t>, t</w:t>
      </w:r>
      <w:r w:rsidRPr="00447914">
        <w:t>ổ</w:t>
      </w:r>
      <w:r w:rsidRPr="00447914">
        <w:t>ng duy</w:t>
      </w:r>
      <w:r w:rsidRPr="00447914">
        <w:t>ệ</w:t>
      </w:r>
      <w:r w:rsidRPr="00447914">
        <w:t>t và các yêu c</w:t>
      </w:r>
      <w:r w:rsidRPr="00447914">
        <w:t>ầ</w:t>
      </w:r>
      <w:r w:rsidRPr="00447914">
        <w:t>u c</w:t>
      </w:r>
      <w:r w:rsidRPr="00447914">
        <w:t>ụ</w:t>
      </w:r>
      <w:r w:rsidRPr="00447914">
        <w:t xml:space="preserve"> th</w:t>
      </w:r>
      <w:r w:rsidRPr="00447914">
        <w:t>ể</w:t>
      </w:r>
      <w:r w:rsidRPr="00447914">
        <w:t xml:space="preserve"> v</w:t>
      </w:r>
      <w:r w:rsidRPr="00447914">
        <w:t>ớ</w:t>
      </w:r>
      <w:r w:rsidRPr="00447914">
        <w:t>i T</w:t>
      </w:r>
      <w:r w:rsidRPr="00447914">
        <w:t>ạ</w:t>
      </w:r>
      <w:r w:rsidRPr="00447914">
        <w:t>p chí Công Thương đ</w:t>
      </w:r>
      <w:r w:rsidRPr="00447914">
        <w:t>ể</w:t>
      </w:r>
      <w:r w:rsidRPr="00447914">
        <w:t xml:space="preserve"> thông tin k</w:t>
      </w:r>
      <w:r w:rsidRPr="00447914">
        <w:t>ị</w:t>
      </w:r>
      <w:r w:rsidRPr="00447914">
        <w:t>p th</w:t>
      </w:r>
      <w:r w:rsidRPr="00447914">
        <w:t>ờ</w:t>
      </w:r>
      <w:r w:rsidRPr="00447914">
        <w:t>i đ</w:t>
      </w:r>
      <w:r w:rsidRPr="00447914">
        <w:t>ế</w:t>
      </w:r>
      <w:r w:rsidRPr="00447914">
        <w:t>n các đơn v</w:t>
      </w:r>
      <w:r w:rsidRPr="00447914">
        <w:t>ị</w:t>
      </w:r>
      <w:r w:rsidRPr="00447914">
        <w:t xml:space="preserve"> liên quan.</w:t>
      </w:r>
    </w:p>
    <w:p w14:paraId="55158454" w14:textId="77777777" w:rsidR="00493C57" w:rsidRPr="00447914" w:rsidRDefault="00CD4F2A" w:rsidP="00447914">
      <w:pPr>
        <w:ind w:firstLine="397"/>
        <w:jc w:val="both"/>
      </w:pPr>
      <w:r w:rsidRPr="00447914">
        <w:t>Trư</w:t>
      </w:r>
      <w:r w:rsidRPr="00447914">
        <w:t>ờ</w:t>
      </w:r>
      <w:r w:rsidRPr="00447914">
        <w:t>ng h</w:t>
      </w:r>
      <w:r w:rsidRPr="00447914">
        <w:t>ợ</w:t>
      </w:r>
      <w:r w:rsidRPr="00447914">
        <w:t>p phát sinh khó khăn, vư</w:t>
      </w:r>
      <w:r w:rsidRPr="00447914">
        <w:t>ớ</w:t>
      </w:r>
      <w:r w:rsidRPr="00447914">
        <w:t>ng m</w:t>
      </w:r>
      <w:r w:rsidRPr="00447914">
        <w:t>ắ</w:t>
      </w:r>
      <w:r w:rsidRPr="00447914">
        <w:t>c, các đơn v</w:t>
      </w:r>
      <w:r w:rsidRPr="00447914">
        <w:t>ị</w:t>
      </w:r>
      <w:r w:rsidRPr="00447914">
        <w:t xml:space="preserve"> báo cáo v</w:t>
      </w:r>
      <w:r w:rsidRPr="00447914">
        <w:t>ề</w:t>
      </w:r>
      <w:r w:rsidRPr="00447914">
        <w:t xml:space="preserve"> Phòng Chính tr</w:t>
      </w:r>
      <w:r w:rsidRPr="00447914">
        <w:t>ị</w:t>
      </w:r>
      <w:r w:rsidRPr="00447914">
        <w:t xml:space="preserve"> và Công tá</w:t>
      </w:r>
      <w:r w:rsidRPr="00447914">
        <w:t>c Sinh viên đ</w:t>
      </w:r>
      <w:r w:rsidRPr="00447914">
        <w:t>ể</w:t>
      </w:r>
      <w:r w:rsidRPr="00447914">
        <w:t xml:space="preserve"> t</w:t>
      </w:r>
      <w:r w:rsidRPr="00447914">
        <w:t>ổ</w:t>
      </w:r>
      <w:r w:rsidRPr="00447914">
        <w:t>ng h</w:t>
      </w:r>
      <w:r w:rsidRPr="00447914">
        <w:t>ợ</w:t>
      </w:r>
      <w:r w:rsidRPr="00447914">
        <w:t>p, đ</w:t>
      </w:r>
      <w:r w:rsidRPr="00447914">
        <w:t>ề</w:t>
      </w:r>
      <w:r w:rsidRPr="00447914">
        <w:t xml:space="preserve"> xu</w:t>
      </w:r>
      <w:r w:rsidRPr="00447914">
        <w:t>ấ</w:t>
      </w:r>
      <w:r w:rsidRPr="00447914">
        <w:t>t Ban Giám hi</w:t>
      </w:r>
      <w:r w:rsidRPr="00447914">
        <w:t>ệ</w:t>
      </w:r>
      <w:r w:rsidRPr="00447914">
        <w:t>u xem xét, ch</w:t>
      </w:r>
      <w:r w:rsidRPr="00447914">
        <w:t>ỉ</w:t>
      </w:r>
      <w:r w:rsidRPr="00447914">
        <w:t xml:space="preserve"> đ</w:t>
      </w:r>
      <w:r w:rsidRPr="00447914">
        <w:t>ạ</w:t>
      </w:r>
      <w:r w:rsidRPr="00447914">
        <w:t>o.</w:t>
      </w:r>
    </w:p>
    <w:p w14:paraId="358277D6" w14:textId="6AC5094C" w:rsidR="00493C57" w:rsidRPr="00447914" w:rsidRDefault="00CD4F2A" w:rsidP="00447914">
      <w:pPr>
        <w:ind w:firstLine="397"/>
        <w:jc w:val="both"/>
      </w:pPr>
      <w:r w:rsidRPr="00447914">
        <w:t>Nhà trư</w:t>
      </w:r>
      <w:r w:rsidRPr="00447914">
        <w:t>ờ</w:t>
      </w:r>
      <w:r w:rsidRPr="00447914">
        <w:t>ng đ</w:t>
      </w:r>
      <w:r w:rsidRPr="00447914">
        <w:t>ề</w:t>
      </w:r>
      <w:r w:rsidRPr="00447914">
        <w:t xml:space="preserve"> ngh</w:t>
      </w:r>
      <w:r w:rsidRPr="00447914">
        <w:t>ị</w:t>
      </w:r>
      <w:r w:rsidRPr="00447914">
        <w:t xml:space="preserve"> các đơn v</w:t>
      </w:r>
      <w:r w:rsidRPr="00447914">
        <w:t>ị</w:t>
      </w:r>
      <w:r w:rsidRPr="00447914">
        <w:t>, cá nhân có liên quan nghiêm túc ph</w:t>
      </w:r>
      <w:r w:rsidRPr="00447914">
        <w:t>ố</w:t>
      </w:r>
      <w:r w:rsidRPr="00447914">
        <w:t>i h</w:t>
      </w:r>
      <w:r w:rsidRPr="00447914">
        <w:t>ợ</w:t>
      </w:r>
      <w:r w:rsidRPr="00447914">
        <w:t>p th</w:t>
      </w:r>
      <w:r w:rsidRPr="00447914">
        <w:t>ự</w:t>
      </w:r>
      <w:r w:rsidRPr="00447914">
        <w:t>c hi</w:t>
      </w:r>
      <w:r w:rsidRPr="00447914">
        <w:t>ệ</w:t>
      </w:r>
      <w:r w:rsidRPr="00447914">
        <w:t>n</w:t>
      </w:r>
      <w:r w:rsidR="00520F60">
        <w:t xml:space="preserve"> theo nội dung thông báo</w:t>
      </w:r>
      <w:r w:rsidRPr="00447914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493C57" w14:paraId="14A2BE1A" w14:textId="77777777">
        <w:tc>
          <w:tcPr>
            <w:tcW w:w="4702" w:type="dxa"/>
          </w:tcPr>
          <w:p w14:paraId="693C271B" w14:textId="77777777" w:rsidR="00493C57" w:rsidRPr="00096330" w:rsidRDefault="00CD4F2A">
            <w:pPr>
              <w:rPr>
                <w:sz w:val="24"/>
                <w:szCs w:val="24"/>
              </w:rPr>
            </w:pPr>
            <w:r w:rsidRPr="00096330">
              <w:rPr>
                <w:b/>
                <w:sz w:val="24"/>
                <w:szCs w:val="24"/>
              </w:rPr>
              <w:t>Nơi nh</w:t>
            </w:r>
            <w:r w:rsidRPr="00096330">
              <w:rPr>
                <w:b/>
                <w:sz w:val="24"/>
                <w:szCs w:val="24"/>
              </w:rPr>
              <w:t>ậ</w:t>
            </w:r>
            <w:r w:rsidRPr="00096330">
              <w:rPr>
                <w:b/>
                <w:sz w:val="24"/>
                <w:szCs w:val="24"/>
              </w:rPr>
              <w:t>n:</w:t>
            </w:r>
            <w:r w:rsidRPr="00096330">
              <w:rPr>
                <w:b/>
                <w:sz w:val="24"/>
                <w:szCs w:val="24"/>
              </w:rPr>
              <w:br/>
            </w:r>
            <w:r w:rsidRPr="00096330">
              <w:rPr>
                <w:sz w:val="24"/>
                <w:szCs w:val="24"/>
              </w:rPr>
              <w:t>- Ban Giám hi</w:t>
            </w:r>
            <w:r w:rsidRPr="00096330">
              <w:rPr>
                <w:sz w:val="24"/>
                <w:szCs w:val="24"/>
              </w:rPr>
              <w:t>ệ</w:t>
            </w:r>
            <w:r w:rsidRPr="00096330">
              <w:rPr>
                <w:sz w:val="24"/>
                <w:szCs w:val="24"/>
              </w:rPr>
              <w:t>u (đ</w:t>
            </w:r>
            <w:r w:rsidRPr="00096330">
              <w:rPr>
                <w:sz w:val="24"/>
                <w:szCs w:val="24"/>
              </w:rPr>
              <w:t>ể</w:t>
            </w:r>
            <w:r w:rsidRPr="00096330">
              <w:rPr>
                <w:sz w:val="24"/>
                <w:szCs w:val="24"/>
              </w:rPr>
              <w:t xml:space="preserve"> báo cáo);</w:t>
            </w:r>
            <w:r w:rsidRPr="00096330">
              <w:rPr>
                <w:sz w:val="24"/>
                <w:szCs w:val="24"/>
              </w:rPr>
              <w:br/>
              <w:t>- Các đơn v</w:t>
            </w:r>
            <w:r w:rsidRPr="00096330">
              <w:rPr>
                <w:sz w:val="24"/>
                <w:szCs w:val="24"/>
              </w:rPr>
              <w:t>ị</w:t>
            </w:r>
            <w:r w:rsidRPr="00096330">
              <w:rPr>
                <w:sz w:val="24"/>
                <w:szCs w:val="24"/>
              </w:rPr>
              <w:t xml:space="preserve"> liên quan (đ</w:t>
            </w:r>
            <w:r w:rsidRPr="00096330">
              <w:rPr>
                <w:sz w:val="24"/>
                <w:szCs w:val="24"/>
              </w:rPr>
              <w:t>ể</w:t>
            </w:r>
            <w:r w:rsidRPr="00096330">
              <w:rPr>
                <w:sz w:val="24"/>
                <w:szCs w:val="24"/>
              </w:rPr>
              <w:t xml:space="preserve"> th</w:t>
            </w:r>
            <w:r w:rsidRPr="00096330">
              <w:rPr>
                <w:sz w:val="24"/>
                <w:szCs w:val="24"/>
              </w:rPr>
              <w:t>ự</w:t>
            </w:r>
            <w:r w:rsidRPr="00096330">
              <w:rPr>
                <w:sz w:val="24"/>
                <w:szCs w:val="24"/>
              </w:rPr>
              <w:t>c hi</w:t>
            </w:r>
            <w:r w:rsidRPr="00096330">
              <w:rPr>
                <w:sz w:val="24"/>
                <w:szCs w:val="24"/>
              </w:rPr>
              <w:t>ệ</w:t>
            </w:r>
            <w:r w:rsidRPr="00096330">
              <w:rPr>
                <w:sz w:val="24"/>
                <w:szCs w:val="24"/>
              </w:rPr>
              <w:t>n);</w:t>
            </w:r>
            <w:r w:rsidRPr="00096330">
              <w:rPr>
                <w:sz w:val="24"/>
                <w:szCs w:val="24"/>
              </w:rPr>
              <w:br/>
              <w:t>- Sinh viên (đ</w:t>
            </w:r>
            <w:r w:rsidRPr="00096330">
              <w:rPr>
                <w:sz w:val="24"/>
                <w:szCs w:val="24"/>
              </w:rPr>
              <w:t>ể</w:t>
            </w:r>
            <w:r w:rsidRPr="00096330">
              <w:rPr>
                <w:sz w:val="24"/>
                <w:szCs w:val="24"/>
              </w:rPr>
              <w:t xml:space="preserve"> bi</w:t>
            </w:r>
            <w:r w:rsidRPr="00096330">
              <w:rPr>
                <w:sz w:val="24"/>
                <w:szCs w:val="24"/>
              </w:rPr>
              <w:t>ế</w:t>
            </w:r>
            <w:r w:rsidRPr="00096330">
              <w:rPr>
                <w:sz w:val="24"/>
                <w:szCs w:val="24"/>
              </w:rPr>
              <w:t xml:space="preserve">t, </w:t>
            </w:r>
            <w:r w:rsidRPr="00096330">
              <w:rPr>
                <w:sz w:val="24"/>
                <w:szCs w:val="24"/>
              </w:rPr>
              <w:t>tham gia);</w:t>
            </w:r>
            <w:r w:rsidRPr="00096330">
              <w:rPr>
                <w:sz w:val="24"/>
                <w:szCs w:val="24"/>
              </w:rPr>
              <w:br/>
              <w:t>- Lưu: VT, CT&amp;CTSV.</w:t>
            </w:r>
          </w:p>
        </w:tc>
        <w:tc>
          <w:tcPr>
            <w:tcW w:w="4702" w:type="dxa"/>
          </w:tcPr>
          <w:p w14:paraId="43B512E5" w14:textId="40A3A22D" w:rsidR="00493C57" w:rsidRDefault="00CD4F2A">
            <w:pPr>
              <w:jc w:val="center"/>
            </w:pPr>
            <w:r>
              <w:rPr>
                <w:b/>
              </w:rPr>
              <w:t>KT. HI</w:t>
            </w:r>
            <w:r>
              <w:rPr>
                <w:b/>
              </w:rPr>
              <w:t>Ệ</w:t>
            </w:r>
            <w:r>
              <w:rPr>
                <w:b/>
              </w:rPr>
              <w:t>U TRƯ</w:t>
            </w:r>
            <w:r>
              <w:rPr>
                <w:b/>
              </w:rPr>
              <w:t>Ở</w:t>
            </w:r>
            <w:r>
              <w:rPr>
                <w:b/>
              </w:rPr>
              <w:t>NG</w:t>
            </w:r>
            <w:r>
              <w:rPr>
                <w:b/>
              </w:rPr>
              <w:br/>
              <w:t>PHÓ HI</w:t>
            </w:r>
            <w:r>
              <w:rPr>
                <w:b/>
              </w:rPr>
              <w:t>Ệ</w:t>
            </w:r>
            <w:r>
              <w:rPr>
                <w:b/>
              </w:rPr>
              <w:t>U TRƯ</w:t>
            </w:r>
            <w:r>
              <w:rPr>
                <w:b/>
              </w:rPr>
              <w:t>Ở</w:t>
            </w:r>
            <w:r>
              <w:rPr>
                <w:b/>
              </w:rPr>
              <w:t>NG</w:t>
            </w:r>
            <w:r>
              <w:rPr>
                <w:b/>
              </w:rPr>
              <w:br/>
            </w:r>
            <w:r>
              <w:br/>
            </w:r>
            <w:r w:rsidR="00096330" w:rsidRPr="00096330">
              <w:rPr>
                <w:i/>
                <w:iCs/>
                <w:sz w:val="24"/>
                <w:szCs w:val="24"/>
              </w:rPr>
              <w:t>(đã ký)</w:t>
            </w:r>
            <w:r w:rsidRPr="00096330">
              <w:rPr>
                <w:i/>
                <w:iCs/>
                <w:sz w:val="24"/>
                <w:szCs w:val="24"/>
              </w:rPr>
              <w:br/>
            </w:r>
            <w:r>
              <w:br/>
              <w:t>PGS.TS. Ph</w:t>
            </w:r>
            <w:r>
              <w:t>ạ</w:t>
            </w:r>
            <w:r>
              <w:t>m Th</w:t>
            </w:r>
            <w:r>
              <w:t>ị</w:t>
            </w:r>
            <w:r>
              <w:t xml:space="preserve"> Thu Hoài</w:t>
            </w:r>
          </w:p>
        </w:tc>
      </w:tr>
    </w:tbl>
    <w:p w14:paraId="624B2381" w14:textId="77777777" w:rsidR="00000000" w:rsidRDefault="00CD4F2A"/>
    <w:sectPr w:rsidR="00000000" w:rsidSect="00447914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5489464">
    <w:abstractNumId w:val="8"/>
  </w:num>
  <w:num w:numId="2" w16cid:durableId="1851024000">
    <w:abstractNumId w:val="6"/>
  </w:num>
  <w:num w:numId="3" w16cid:durableId="647826016">
    <w:abstractNumId w:val="5"/>
  </w:num>
  <w:num w:numId="4" w16cid:durableId="1826045278">
    <w:abstractNumId w:val="4"/>
  </w:num>
  <w:num w:numId="5" w16cid:durableId="1562593360">
    <w:abstractNumId w:val="7"/>
  </w:num>
  <w:num w:numId="6" w16cid:durableId="922297814">
    <w:abstractNumId w:val="3"/>
  </w:num>
  <w:num w:numId="7" w16cid:durableId="708379753">
    <w:abstractNumId w:val="2"/>
  </w:num>
  <w:num w:numId="8" w16cid:durableId="1865094737">
    <w:abstractNumId w:val="1"/>
  </w:num>
  <w:num w:numId="9" w16cid:durableId="1283154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330"/>
    <w:rsid w:val="0015074B"/>
    <w:rsid w:val="00187C71"/>
    <w:rsid w:val="001D2568"/>
    <w:rsid w:val="0029639D"/>
    <w:rsid w:val="002A049A"/>
    <w:rsid w:val="00326F90"/>
    <w:rsid w:val="00447914"/>
    <w:rsid w:val="00493C57"/>
    <w:rsid w:val="00520F60"/>
    <w:rsid w:val="00AA1D8D"/>
    <w:rsid w:val="00B47730"/>
    <w:rsid w:val="00CB0664"/>
    <w:rsid w:val="00CD4F2A"/>
    <w:rsid w:val="00FA5E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4062061"/>
  <w14:defaultImageDpi w14:val="300"/>
  <w15:docId w15:val="{7F301D25-FCE0-4C62-9F4F-FEE307DCC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9633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63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gle/6rDaW8ZgG1Fi9sWs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KHANH VY</cp:lastModifiedBy>
  <cp:revision>10</cp:revision>
  <dcterms:created xsi:type="dcterms:W3CDTF">2013-12-23T23:15:00Z</dcterms:created>
  <dcterms:modified xsi:type="dcterms:W3CDTF">2026-10-20T07:47:00Z</dcterms:modified>
  <cp:category/>
</cp:coreProperties>
</file>